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80E44" w14:textId="77777777" w:rsidR="004003DC" w:rsidRPr="00DB71B8" w:rsidRDefault="00F754C6">
      <w:pPr>
        <w:spacing w:after="40"/>
        <w:jc w:val="center"/>
        <w:rPr>
          <w:rFonts w:ascii="標楷體" w:eastAsia="標楷體" w:hAnsi="標楷體"/>
          <w:sz w:val="44"/>
          <w:szCs w:val="44"/>
          <w:lang w:eastAsia="zh-TW"/>
        </w:rPr>
      </w:pPr>
      <w:r w:rsidRPr="00DB71B8">
        <w:rPr>
          <w:rFonts w:ascii="標楷體" w:eastAsia="標楷體" w:hAnsi="標楷體"/>
          <w:b/>
          <w:sz w:val="44"/>
          <w:szCs w:val="44"/>
          <w:lang w:eastAsia="zh-TW"/>
        </w:rPr>
        <w:t>社團法人桃園市保母協會</w:t>
      </w:r>
    </w:p>
    <w:p w14:paraId="225211CE" w14:textId="2D81B336" w:rsidR="00DB71B8" w:rsidRPr="00BA24D6" w:rsidRDefault="00F754C6" w:rsidP="00BA24D6">
      <w:pPr>
        <w:spacing w:after="40"/>
        <w:jc w:val="center"/>
        <w:rPr>
          <w:rFonts w:ascii="標楷體" w:eastAsia="標楷體" w:hAnsi="標楷體"/>
          <w:sz w:val="44"/>
          <w:szCs w:val="44"/>
          <w:lang w:eastAsia="zh-TW"/>
        </w:rPr>
      </w:pPr>
      <w:r w:rsidRPr="00DB71B8">
        <w:rPr>
          <w:rFonts w:ascii="標楷體" w:eastAsia="標楷體" w:hAnsi="標楷體"/>
          <w:b/>
          <w:sz w:val="44"/>
          <w:szCs w:val="44"/>
          <w:lang w:eastAsia="zh-TW"/>
        </w:rPr>
        <w:t>到宅坐月子訓練課程報名表</w:t>
      </w:r>
    </w:p>
    <w:p w14:paraId="2F391A8C" w14:textId="39A8F880" w:rsidR="004003DC" w:rsidRPr="00CE6D6F" w:rsidRDefault="00F754C6">
      <w:pPr>
        <w:jc w:val="center"/>
        <w:rPr>
          <w:rFonts w:ascii="標楷體" w:eastAsia="標楷體" w:hAnsi="標楷體"/>
          <w:sz w:val="27"/>
          <w:szCs w:val="27"/>
          <w:lang w:eastAsia="zh-TW"/>
        </w:rPr>
      </w:pPr>
      <w:r w:rsidRPr="00CE6D6F">
        <w:rPr>
          <w:rFonts w:ascii="標楷體" w:eastAsia="標楷體" w:hAnsi="標楷體"/>
          <w:sz w:val="27"/>
          <w:szCs w:val="27"/>
          <w:lang w:eastAsia="zh-TW"/>
        </w:rPr>
        <w:t>填表日期：______年______月______日　　【第______期】　　編號：____________</w:t>
      </w:r>
    </w:p>
    <w:p w14:paraId="3CBC335E" w14:textId="77777777" w:rsidR="004003DC" w:rsidRPr="00CE6D6F" w:rsidRDefault="00F754C6">
      <w:pPr>
        <w:spacing w:before="100" w:after="60"/>
        <w:rPr>
          <w:rFonts w:ascii="標楷體" w:eastAsia="標楷體" w:hAnsi="標楷體"/>
          <w:sz w:val="27"/>
          <w:szCs w:val="27"/>
        </w:rPr>
      </w:pPr>
      <w:proofErr w:type="spellStart"/>
      <w:r w:rsidRPr="00CE6D6F">
        <w:rPr>
          <w:rFonts w:ascii="標楷體" w:eastAsia="標楷體" w:hAnsi="標楷體"/>
          <w:sz w:val="27"/>
          <w:szCs w:val="27"/>
        </w:rPr>
        <w:t>一、繳費資料</w:t>
      </w:r>
      <w:proofErr w:type="spellEnd"/>
    </w:p>
    <w:tbl>
      <w:tblPr>
        <w:tblW w:w="0" w:type="auto"/>
        <w:jc w:val="center"/>
        <w:tblBorders>
          <w:top w:val="single" w:sz="16" w:space="0" w:color="555555"/>
          <w:left w:val="single" w:sz="16" w:space="0" w:color="555555"/>
          <w:bottom w:val="single" w:sz="16" w:space="0" w:color="555555"/>
          <w:right w:val="single" w:sz="16" w:space="0" w:color="555555"/>
          <w:insideH w:val="single" w:sz="16" w:space="0" w:color="555555"/>
          <w:insideV w:val="single" w:sz="16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8072"/>
      </w:tblGrid>
      <w:tr w:rsidR="00DB71B8" w:rsidRPr="00CE6D6F" w14:paraId="73B6A0C8" w14:textId="5A96EE2C" w:rsidTr="00BA24D6">
        <w:trPr>
          <w:trHeight w:val="471"/>
          <w:jc w:val="center"/>
        </w:trPr>
        <w:tc>
          <w:tcPr>
            <w:tcW w:w="2694" w:type="dxa"/>
            <w:shd w:val="clear" w:color="auto" w:fill="EAF2F8"/>
            <w:vAlign w:val="center"/>
          </w:tcPr>
          <w:p w14:paraId="1B0B7411" w14:textId="77777777" w:rsidR="00DB71B8" w:rsidRPr="00CE6D6F" w:rsidRDefault="00DB71B8" w:rsidP="00BA24D6">
            <w:pPr>
              <w:spacing w:after="0" w:line="32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proofErr w:type="spellStart"/>
            <w:r w:rsidRPr="00CE6D6F">
              <w:rPr>
                <w:rFonts w:ascii="標楷體" w:eastAsia="標楷體" w:hAnsi="標楷體"/>
                <w:sz w:val="27"/>
                <w:szCs w:val="27"/>
              </w:rPr>
              <w:t>繳費方式</w:t>
            </w:r>
            <w:proofErr w:type="spellEnd"/>
          </w:p>
        </w:tc>
        <w:tc>
          <w:tcPr>
            <w:tcW w:w="8072" w:type="dxa"/>
            <w:vAlign w:val="center"/>
          </w:tcPr>
          <w:p w14:paraId="6B3C074A" w14:textId="06D788DE" w:rsidR="00DB71B8" w:rsidRPr="00CE6D6F" w:rsidRDefault="00DB71B8" w:rsidP="00BA24D6">
            <w:pPr>
              <w:spacing w:after="0" w:line="320" w:lineRule="exact"/>
              <w:rPr>
                <w:rFonts w:ascii="標楷體" w:eastAsia="標楷體" w:hAnsi="標楷體"/>
                <w:sz w:val="27"/>
                <w:szCs w:val="27"/>
                <w:lang w:eastAsia="zh-TW"/>
              </w:rPr>
            </w:pPr>
            <w:r w:rsidRPr="00CE6D6F">
              <w:rPr>
                <w:rFonts w:ascii="標楷體" w:eastAsia="標楷體" w:hAnsi="標楷體"/>
                <w:sz w:val="27"/>
                <w:szCs w:val="27"/>
                <w:lang w:eastAsia="zh-TW"/>
              </w:rPr>
              <w:t>□ 現金　　□ 轉帳／匯款　　匯款帳號末五碼：____________</w:t>
            </w:r>
          </w:p>
        </w:tc>
      </w:tr>
    </w:tbl>
    <w:p w14:paraId="4042FEA2" w14:textId="77777777" w:rsidR="004003DC" w:rsidRPr="00CE6D6F" w:rsidRDefault="00F754C6">
      <w:pPr>
        <w:spacing w:before="100" w:after="60"/>
        <w:rPr>
          <w:rFonts w:ascii="標楷體" w:eastAsia="標楷體" w:hAnsi="標楷體"/>
          <w:sz w:val="27"/>
          <w:szCs w:val="27"/>
        </w:rPr>
      </w:pPr>
      <w:proofErr w:type="spellStart"/>
      <w:r w:rsidRPr="00CE6D6F">
        <w:rPr>
          <w:rFonts w:ascii="標楷體" w:eastAsia="標楷體" w:hAnsi="標楷體"/>
          <w:sz w:val="27"/>
          <w:szCs w:val="27"/>
        </w:rPr>
        <w:t>二、學員基本資料</w:t>
      </w:r>
      <w:proofErr w:type="spellEnd"/>
    </w:p>
    <w:tbl>
      <w:tblPr>
        <w:tblW w:w="0" w:type="auto"/>
        <w:jc w:val="center"/>
        <w:tblBorders>
          <w:top w:val="single" w:sz="16" w:space="0" w:color="555555"/>
          <w:left w:val="single" w:sz="16" w:space="0" w:color="555555"/>
          <w:bottom w:val="single" w:sz="16" w:space="0" w:color="555555"/>
          <w:right w:val="single" w:sz="16" w:space="0" w:color="555555"/>
          <w:insideH w:val="single" w:sz="16" w:space="0" w:color="555555"/>
          <w:insideV w:val="single" w:sz="16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3402"/>
        <w:gridCol w:w="2693"/>
        <w:gridCol w:w="2543"/>
      </w:tblGrid>
      <w:tr w:rsidR="004003DC" w:rsidRPr="00CE6D6F" w14:paraId="6E14E6CA" w14:textId="77777777" w:rsidTr="00E8304A">
        <w:trPr>
          <w:trHeight w:val="511"/>
          <w:jc w:val="center"/>
        </w:trPr>
        <w:tc>
          <w:tcPr>
            <w:tcW w:w="2126" w:type="dxa"/>
            <w:shd w:val="clear" w:color="auto" w:fill="EAF2F8"/>
            <w:vAlign w:val="center"/>
          </w:tcPr>
          <w:p w14:paraId="652F6EEE" w14:textId="77777777" w:rsidR="004003DC" w:rsidRPr="00BA24D6" w:rsidRDefault="00F754C6" w:rsidP="00BA24D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BA24D6">
              <w:rPr>
                <w:rFonts w:ascii="標楷體" w:eastAsia="標楷體" w:hAnsi="標楷體"/>
                <w:sz w:val="32"/>
                <w:szCs w:val="32"/>
              </w:rPr>
              <w:t>姓　　名</w:t>
            </w:r>
            <w:proofErr w:type="gramEnd"/>
          </w:p>
        </w:tc>
        <w:tc>
          <w:tcPr>
            <w:tcW w:w="3402" w:type="dxa"/>
            <w:vAlign w:val="center"/>
          </w:tcPr>
          <w:p w14:paraId="67BF97BF" w14:textId="395FA68E" w:rsidR="004003DC" w:rsidRPr="00CE6D6F" w:rsidRDefault="004003DC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2693" w:type="dxa"/>
            <w:shd w:val="clear" w:color="auto" w:fill="EAF2F8"/>
            <w:vAlign w:val="center"/>
          </w:tcPr>
          <w:p w14:paraId="3C2D5AD2" w14:textId="77777777" w:rsidR="004003DC" w:rsidRPr="00BA24D6" w:rsidRDefault="00F754C6" w:rsidP="00BA24D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BA24D6">
              <w:rPr>
                <w:rFonts w:ascii="標楷體" w:eastAsia="標楷體" w:hAnsi="標楷體"/>
                <w:sz w:val="32"/>
                <w:szCs w:val="32"/>
              </w:rPr>
              <w:t>性　　別</w:t>
            </w:r>
            <w:proofErr w:type="gramEnd"/>
          </w:p>
        </w:tc>
        <w:tc>
          <w:tcPr>
            <w:tcW w:w="2543" w:type="dxa"/>
            <w:vAlign w:val="center"/>
          </w:tcPr>
          <w:p w14:paraId="3301FB5D" w14:textId="77777777" w:rsidR="004003DC" w:rsidRPr="00CE6D6F" w:rsidRDefault="00F754C6" w:rsidP="00BA24D6">
            <w:pPr>
              <w:spacing w:line="400" w:lineRule="exact"/>
              <w:rPr>
                <w:rFonts w:ascii="標楷體" w:eastAsia="標楷體" w:hAnsi="標楷體"/>
                <w:sz w:val="27"/>
                <w:szCs w:val="27"/>
              </w:rPr>
            </w:pPr>
            <w:r w:rsidRPr="00BA24D6">
              <w:rPr>
                <w:rFonts w:ascii="標楷體" w:eastAsia="標楷體" w:hAnsi="標楷體"/>
                <w:sz w:val="32"/>
                <w:szCs w:val="32"/>
              </w:rPr>
              <w:t>□ 男　□ 女</w:t>
            </w:r>
          </w:p>
        </w:tc>
      </w:tr>
      <w:tr w:rsidR="00A54A78" w:rsidRPr="00CE6D6F" w14:paraId="7B096D65" w14:textId="77777777" w:rsidTr="00E8304A">
        <w:trPr>
          <w:trHeight w:val="577"/>
          <w:jc w:val="center"/>
        </w:trPr>
        <w:tc>
          <w:tcPr>
            <w:tcW w:w="2126" w:type="dxa"/>
            <w:shd w:val="clear" w:color="auto" w:fill="EAF2F8"/>
            <w:vAlign w:val="center"/>
          </w:tcPr>
          <w:p w14:paraId="32E6C294" w14:textId="18E69551" w:rsidR="00A54A78" w:rsidRPr="00BA24D6" w:rsidRDefault="00A54A78" w:rsidP="00BA24D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proofErr w:type="spellStart"/>
            <w:r w:rsidRPr="00BA24D6">
              <w:rPr>
                <w:rFonts w:ascii="標楷體" w:eastAsia="標楷體" w:hAnsi="標楷體" w:hint="eastAsia"/>
                <w:sz w:val="32"/>
                <w:szCs w:val="32"/>
              </w:rPr>
              <w:t>身分證</w:t>
            </w:r>
            <w:proofErr w:type="spellEnd"/>
          </w:p>
        </w:tc>
        <w:tc>
          <w:tcPr>
            <w:tcW w:w="6095" w:type="dxa"/>
            <w:gridSpan w:val="2"/>
            <w:vAlign w:val="center"/>
          </w:tcPr>
          <w:p w14:paraId="39C08678" w14:textId="1D766BD4" w:rsidR="00A54A78" w:rsidRPr="00BA24D6" w:rsidRDefault="00A54A78" w:rsidP="00BA24D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43" w:type="dxa"/>
            <w:vMerge w:val="restart"/>
            <w:vAlign w:val="center"/>
          </w:tcPr>
          <w:p w14:paraId="29F36F81" w14:textId="747CEB7C" w:rsidR="00A54A78" w:rsidRPr="00CE6D6F" w:rsidRDefault="00A54A78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CE6D6F">
              <w:rPr>
                <w:rFonts w:ascii="標楷體" w:eastAsia="標楷體" w:hAnsi="標楷體" w:hint="eastAsia"/>
                <w:sz w:val="27"/>
                <w:szCs w:val="27"/>
              </w:rPr>
              <w:t>2吋相片黏貼處</w:t>
            </w:r>
          </w:p>
        </w:tc>
      </w:tr>
      <w:tr w:rsidR="00A54A78" w:rsidRPr="00CE6D6F" w14:paraId="7BCCCC31" w14:textId="77777777" w:rsidTr="00E8304A">
        <w:trPr>
          <w:trHeight w:val="647"/>
          <w:jc w:val="center"/>
        </w:trPr>
        <w:tc>
          <w:tcPr>
            <w:tcW w:w="2126" w:type="dxa"/>
            <w:shd w:val="clear" w:color="auto" w:fill="EAF2F8"/>
            <w:vAlign w:val="center"/>
          </w:tcPr>
          <w:p w14:paraId="33B6AB1C" w14:textId="6A7E0DF8" w:rsidR="00A54A78" w:rsidRPr="00BA24D6" w:rsidRDefault="00A54A78" w:rsidP="00BA24D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proofErr w:type="spellStart"/>
            <w:r w:rsidRPr="00BA24D6">
              <w:rPr>
                <w:rFonts w:ascii="標楷體" w:eastAsia="標楷體" w:hAnsi="標楷體" w:hint="eastAsia"/>
                <w:sz w:val="32"/>
                <w:szCs w:val="32"/>
              </w:rPr>
              <w:t>出生日期</w:t>
            </w:r>
            <w:proofErr w:type="spellEnd"/>
          </w:p>
        </w:tc>
        <w:tc>
          <w:tcPr>
            <w:tcW w:w="6095" w:type="dxa"/>
            <w:gridSpan w:val="2"/>
            <w:vAlign w:val="center"/>
          </w:tcPr>
          <w:p w14:paraId="04475D0A" w14:textId="75CC2CDE" w:rsidR="00A54A78" w:rsidRPr="00BA24D6" w:rsidRDefault="00A54A78" w:rsidP="00BA24D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43" w:type="dxa"/>
            <w:vMerge/>
            <w:vAlign w:val="center"/>
          </w:tcPr>
          <w:p w14:paraId="40C90B8C" w14:textId="5CC520E8" w:rsidR="00A54A78" w:rsidRPr="00CE6D6F" w:rsidRDefault="00A54A78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A54A78" w:rsidRPr="00CE6D6F" w14:paraId="5D2096BE" w14:textId="77777777" w:rsidTr="00E8304A">
        <w:trPr>
          <w:trHeight w:val="671"/>
          <w:jc w:val="center"/>
        </w:trPr>
        <w:tc>
          <w:tcPr>
            <w:tcW w:w="2126" w:type="dxa"/>
            <w:shd w:val="clear" w:color="auto" w:fill="EAF2F8"/>
            <w:vAlign w:val="center"/>
          </w:tcPr>
          <w:p w14:paraId="0B056569" w14:textId="79453E3A" w:rsidR="00A54A78" w:rsidRPr="00BA24D6" w:rsidRDefault="00A54A78" w:rsidP="00BA24D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BA24D6">
              <w:rPr>
                <w:rFonts w:ascii="標楷體" w:eastAsia="標楷體" w:hAnsi="標楷體"/>
                <w:sz w:val="32"/>
                <w:szCs w:val="32"/>
              </w:rPr>
              <w:t>手　　機</w:t>
            </w:r>
            <w:proofErr w:type="gramEnd"/>
          </w:p>
        </w:tc>
        <w:tc>
          <w:tcPr>
            <w:tcW w:w="6095" w:type="dxa"/>
            <w:gridSpan w:val="2"/>
            <w:vAlign w:val="center"/>
          </w:tcPr>
          <w:p w14:paraId="2C867100" w14:textId="09C22D01" w:rsidR="00A54A78" w:rsidRPr="00BA24D6" w:rsidRDefault="00A54A78" w:rsidP="00BA24D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43" w:type="dxa"/>
            <w:vMerge/>
            <w:tcBorders>
              <w:bottom w:val="nil"/>
            </w:tcBorders>
            <w:vAlign w:val="center"/>
          </w:tcPr>
          <w:p w14:paraId="3CA9E770" w14:textId="77777777" w:rsidR="00A54A78" w:rsidRPr="00CE6D6F" w:rsidRDefault="00A54A78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E8304A" w:rsidRPr="00CE6D6F" w14:paraId="2AC12B45" w14:textId="35AE12CD" w:rsidTr="00E8304A">
        <w:trPr>
          <w:trHeight w:val="655"/>
          <w:jc w:val="center"/>
        </w:trPr>
        <w:tc>
          <w:tcPr>
            <w:tcW w:w="2126" w:type="dxa"/>
            <w:shd w:val="clear" w:color="auto" w:fill="EAF2F8"/>
            <w:vAlign w:val="center"/>
          </w:tcPr>
          <w:p w14:paraId="6825CAB8" w14:textId="074965F0" w:rsidR="00E8304A" w:rsidRPr="00BA24D6" w:rsidRDefault="00E8304A" w:rsidP="00BA24D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BA24D6">
              <w:rPr>
                <w:rFonts w:ascii="標楷體" w:eastAsia="標楷體" w:hAnsi="標楷體"/>
                <w:sz w:val="32"/>
                <w:szCs w:val="32"/>
              </w:rPr>
              <w:t>地　　址</w:t>
            </w:r>
            <w:proofErr w:type="gramEnd"/>
          </w:p>
        </w:tc>
        <w:tc>
          <w:tcPr>
            <w:tcW w:w="6095" w:type="dxa"/>
            <w:gridSpan w:val="2"/>
            <w:tcBorders>
              <w:right w:val="single" w:sz="4" w:space="0" w:color="auto"/>
            </w:tcBorders>
            <w:vAlign w:val="center"/>
          </w:tcPr>
          <w:p w14:paraId="4D5E03B6" w14:textId="77777777" w:rsidR="00E8304A" w:rsidRPr="00BA24D6" w:rsidRDefault="00E8304A" w:rsidP="00BA24D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543" w:type="dxa"/>
            <w:tcBorders>
              <w:top w:val="nil"/>
              <w:left w:val="single" w:sz="4" w:space="0" w:color="auto"/>
            </w:tcBorders>
            <w:vAlign w:val="center"/>
          </w:tcPr>
          <w:p w14:paraId="72141C3C" w14:textId="77777777" w:rsidR="00E8304A" w:rsidRPr="00BA24D6" w:rsidRDefault="00E8304A" w:rsidP="00BA24D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15480" w:rsidRPr="00CE6D6F" w14:paraId="62FC2080" w14:textId="77777777" w:rsidTr="00CE6D6F">
        <w:trPr>
          <w:trHeight w:val="595"/>
          <w:jc w:val="center"/>
        </w:trPr>
        <w:tc>
          <w:tcPr>
            <w:tcW w:w="2126" w:type="dxa"/>
            <w:shd w:val="clear" w:color="auto" w:fill="EAF2F8"/>
            <w:vAlign w:val="center"/>
          </w:tcPr>
          <w:p w14:paraId="00BE231E" w14:textId="3CCF9556" w:rsidR="00215480" w:rsidRPr="00BA24D6" w:rsidRDefault="00215480" w:rsidP="00BA24D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proofErr w:type="spellStart"/>
            <w:r w:rsidRPr="00BA24D6">
              <w:rPr>
                <w:rFonts w:ascii="標楷體" w:eastAsia="標楷體" w:hAnsi="標楷體"/>
                <w:sz w:val="32"/>
                <w:szCs w:val="32"/>
              </w:rPr>
              <w:t>服務單位</w:t>
            </w:r>
            <w:proofErr w:type="spellEnd"/>
          </w:p>
        </w:tc>
        <w:tc>
          <w:tcPr>
            <w:tcW w:w="8638" w:type="dxa"/>
            <w:gridSpan w:val="3"/>
            <w:vAlign w:val="center"/>
          </w:tcPr>
          <w:p w14:paraId="2A7EF14F" w14:textId="2F31C7C7" w:rsidR="00215480" w:rsidRPr="00BA24D6" w:rsidRDefault="00215480" w:rsidP="00BA24D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4003DC" w:rsidRPr="00CE6D6F" w14:paraId="2349DB46" w14:textId="77777777" w:rsidTr="00E8304A">
        <w:trPr>
          <w:trHeight w:val="400"/>
          <w:jc w:val="center"/>
        </w:trPr>
        <w:tc>
          <w:tcPr>
            <w:tcW w:w="2126" w:type="dxa"/>
            <w:shd w:val="clear" w:color="auto" w:fill="EAF2F8"/>
            <w:vAlign w:val="center"/>
          </w:tcPr>
          <w:p w14:paraId="7D77CAEA" w14:textId="77777777" w:rsidR="004003DC" w:rsidRPr="00BA24D6" w:rsidRDefault="00F754C6" w:rsidP="00BA24D6">
            <w:pPr>
              <w:spacing w:line="400" w:lineRule="exact"/>
              <w:rPr>
                <w:rFonts w:ascii="標楷體" w:eastAsia="標楷體" w:hAnsi="標楷體"/>
                <w:sz w:val="27"/>
                <w:szCs w:val="27"/>
              </w:rPr>
            </w:pPr>
            <w:proofErr w:type="spellStart"/>
            <w:r w:rsidRPr="00BA24D6">
              <w:rPr>
                <w:rFonts w:ascii="標楷體" w:eastAsia="標楷體" w:hAnsi="標楷體"/>
                <w:sz w:val="27"/>
                <w:szCs w:val="27"/>
              </w:rPr>
              <w:t>緊急聯絡人姓名</w:t>
            </w:r>
            <w:proofErr w:type="spellEnd"/>
          </w:p>
        </w:tc>
        <w:tc>
          <w:tcPr>
            <w:tcW w:w="3402" w:type="dxa"/>
            <w:vAlign w:val="center"/>
          </w:tcPr>
          <w:p w14:paraId="77B077A1" w14:textId="1493B69D" w:rsidR="004003DC" w:rsidRPr="00CE6D6F" w:rsidRDefault="004003DC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2693" w:type="dxa"/>
            <w:shd w:val="clear" w:color="auto" w:fill="EAF2F8"/>
            <w:vAlign w:val="center"/>
          </w:tcPr>
          <w:p w14:paraId="47EA48CF" w14:textId="77777777" w:rsidR="004003DC" w:rsidRPr="00BA24D6" w:rsidRDefault="00F754C6" w:rsidP="00BA24D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proofErr w:type="spellStart"/>
            <w:r w:rsidRPr="00BA24D6">
              <w:rPr>
                <w:rFonts w:ascii="標楷體" w:eastAsia="標楷體" w:hAnsi="標楷體"/>
                <w:sz w:val="32"/>
                <w:szCs w:val="32"/>
              </w:rPr>
              <w:t>與本人關係</w:t>
            </w:r>
            <w:proofErr w:type="spellEnd"/>
          </w:p>
        </w:tc>
        <w:tc>
          <w:tcPr>
            <w:tcW w:w="2543" w:type="dxa"/>
            <w:vAlign w:val="center"/>
          </w:tcPr>
          <w:p w14:paraId="01F807A4" w14:textId="23C9ECF2" w:rsidR="004003DC" w:rsidRPr="00CE6D6F" w:rsidRDefault="004003DC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215480" w:rsidRPr="00CE6D6F" w14:paraId="2E84FAAA" w14:textId="77777777" w:rsidTr="00E8304A">
        <w:trPr>
          <w:trHeight w:val="466"/>
          <w:jc w:val="center"/>
        </w:trPr>
        <w:tc>
          <w:tcPr>
            <w:tcW w:w="2126" w:type="dxa"/>
            <w:shd w:val="clear" w:color="auto" w:fill="EAF2F8"/>
            <w:vAlign w:val="center"/>
          </w:tcPr>
          <w:p w14:paraId="107F3E72" w14:textId="69C31DDE" w:rsidR="00215480" w:rsidRPr="00BA24D6" w:rsidRDefault="00CE6D6F" w:rsidP="00BA24D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BA24D6">
              <w:rPr>
                <w:rFonts w:ascii="標楷體" w:eastAsia="標楷體" w:hAnsi="標楷體"/>
                <w:sz w:val="32"/>
                <w:szCs w:val="32"/>
              </w:rPr>
              <w:t>手　　機</w:t>
            </w:r>
            <w:proofErr w:type="gramEnd"/>
          </w:p>
        </w:tc>
        <w:tc>
          <w:tcPr>
            <w:tcW w:w="3402" w:type="dxa"/>
            <w:vAlign w:val="center"/>
          </w:tcPr>
          <w:p w14:paraId="7C8B684A" w14:textId="77777777" w:rsidR="00215480" w:rsidRPr="00CE6D6F" w:rsidRDefault="00215480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2693" w:type="dxa"/>
            <w:shd w:val="clear" w:color="auto" w:fill="EAF2F8"/>
            <w:vAlign w:val="center"/>
          </w:tcPr>
          <w:p w14:paraId="0B2CC6A9" w14:textId="0752490D" w:rsidR="00215480" w:rsidRPr="00BA24D6" w:rsidRDefault="00DB71B8" w:rsidP="00BA24D6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proofErr w:type="spellStart"/>
            <w:r w:rsidRPr="00BA24D6">
              <w:rPr>
                <w:rFonts w:ascii="標楷體" w:eastAsia="標楷體" w:hAnsi="標楷體"/>
                <w:sz w:val="32"/>
                <w:szCs w:val="32"/>
              </w:rPr>
              <w:t>電話（H</w:t>
            </w:r>
            <w:proofErr w:type="spellEnd"/>
            <w:r w:rsidRPr="00BA24D6">
              <w:rPr>
                <w:rFonts w:ascii="標楷體" w:eastAsia="標楷體" w:hAnsi="標楷體"/>
                <w:sz w:val="32"/>
                <w:szCs w:val="32"/>
              </w:rPr>
              <w:t>）</w:t>
            </w:r>
          </w:p>
        </w:tc>
        <w:tc>
          <w:tcPr>
            <w:tcW w:w="2543" w:type="dxa"/>
            <w:vAlign w:val="center"/>
          </w:tcPr>
          <w:p w14:paraId="4FCE0AE6" w14:textId="77777777" w:rsidR="00215480" w:rsidRPr="00CE6D6F" w:rsidRDefault="00215480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</w:tbl>
    <w:p w14:paraId="327919E0" w14:textId="57C98B01" w:rsidR="00BA24D6" w:rsidRPr="00BA24D6" w:rsidRDefault="00CF21A9" w:rsidP="00E8304A">
      <w:pPr>
        <w:spacing w:before="100" w:after="60" w:line="360" w:lineRule="exact"/>
        <w:rPr>
          <w:rFonts w:ascii="標楷體" w:eastAsia="標楷體" w:hAnsi="標楷體"/>
          <w:bCs/>
          <w:sz w:val="27"/>
          <w:szCs w:val="27"/>
          <w:lang w:eastAsia="zh-TW"/>
        </w:rPr>
      </w:pPr>
      <w:r>
        <w:rPr>
          <w:rFonts w:ascii="標楷體" w:eastAsia="標楷體" w:hAnsi="標楷體" w:hint="eastAsia"/>
          <w:bCs/>
          <w:sz w:val="27"/>
          <w:szCs w:val="27"/>
          <w:lang w:eastAsia="zh-TW"/>
        </w:rPr>
        <w:t>三</w:t>
      </w:r>
      <w:r w:rsidR="00BA24D6" w:rsidRPr="00CE6D6F">
        <w:rPr>
          <w:rFonts w:ascii="標楷體" w:eastAsia="標楷體" w:hAnsi="標楷體"/>
          <w:bCs/>
          <w:sz w:val="27"/>
          <w:szCs w:val="27"/>
        </w:rPr>
        <w:t>、</w:t>
      </w:r>
      <w:r w:rsidR="00E8304A" w:rsidRPr="00CE6D6F">
        <w:rPr>
          <w:rFonts w:ascii="標楷體" w:eastAsia="標楷體" w:hAnsi="標楷體"/>
          <w:sz w:val="27"/>
          <w:szCs w:val="27"/>
          <w:lang w:eastAsia="zh-TW"/>
        </w:rPr>
        <w:t>身分證件資料</w:t>
      </w:r>
    </w:p>
    <w:tbl>
      <w:tblPr>
        <w:tblpPr w:leftFromText="180" w:rightFromText="180" w:vertAnchor="text" w:horzAnchor="margin" w:tblpXSpec="center" w:tblpY="107"/>
        <w:tblW w:w="0" w:type="auto"/>
        <w:tblBorders>
          <w:top w:val="single" w:sz="16" w:space="0" w:color="555555"/>
          <w:left w:val="single" w:sz="16" w:space="0" w:color="555555"/>
          <w:bottom w:val="single" w:sz="16" w:space="0" w:color="555555"/>
          <w:right w:val="single" w:sz="16" w:space="0" w:color="555555"/>
          <w:insideH w:val="single" w:sz="16" w:space="0" w:color="555555"/>
          <w:insideV w:val="single" w:sz="16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5237"/>
      </w:tblGrid>
      <w:tr w:rsidR="00E8304A" w:rsidRPr="00CE6D6F" w14:paraId="22CD5370" w14:textId="77777777" w:rsidTr="00E8304A">
        <w:trPr>
          <w:trHeight w:val="3082"/>
        </w:trPr>
        <w:tc>
          <w:tcPr>
            <w:tcW w:w="5529" w:type="dxa"/>
            <w:vAlign w:val="center"/>
          </w:tcPr>
          <w:p w14:paraId="5DDFA326" w14:textId="77777777" w:rsidR="00E8304A" w:rsidRPr="00CE6D6F" w:rsidRDefault="00E8304A" w:rsidP="00E8304A">
            <w:pPr>
              <w:spacing w:before="100" w:after="60"/>
              <w:rPr>
                <w:rFonts w:ascii="標楷體" w:eastAsia="標楷體" w:hAnsi="標楷體"/>
                <w:sz w:val="27"/>
                <w:szCs w:val="27"/>
              </w:rPr>
            </w:pPr>
            <w:proofErr w:type="spellStart"/>
            <w:r w:rsidRPr="00CE6D6F">
              <w:rPr>
                <w:rFonts w:ascii="標楷體" w:eastAsia="標楷體" w:hAnsi="標楷體"/>
                <w:sz w:val="27"/>
                <w:szCs w:val="27"/>
              </w:rPr>
              <w:t>身分證正面影本</w:t>
            </w:r>
            <w:proofErr w:type="spellEnd"/>
            <w:r w:rsidRPr="00CE6D6F">
              <w:rPr>
                <w:rFonts w:ascii="標楷體" w:eastAsia="標楷體" w:hAnsi="標楷體"/>
                <w:sz w:val="27"/>
                <w:szCs w:val="27"/>
              </w:rPr>
              <w:br/>
            </w:r>
            <w:r w:rsidRPr="00CE6D6F">
              <w:rPr>
                <w:rFonts w:ascii="標楷體" w:eastAsia="標楷體" w:hAnsi="標楷體"/>
                <w:sz w:val="27"/>
                <w:szCs w:val="27"/>
              </w:rPr>
              <w:br/>
            </w:r>
            <w:r w:rsidRPr="00CE6D6F">
              <w:rPr>
                <w:rFonts w:ascii="標楷體" w:eastAsia="標楷體" w:hAnsi="標楷體"/>
                <w:sz w:val="27"/>
                <w:szCs w:val="27"/>
              </w:rPr>
              <w:br/>
            </w:r>
            <w:r w:rsidRPr="00CE6D6F">
              <w:rPr>
                <w:rFonts w:ascii="標楷體" w:eastAsia="標楷體" w:hAnsi="標楷體"/>
                <w:sz w:val="27"/>
                <w:szCs w:val="27"/>
              </w:rPr>
              <w:br/>
            </w:r>
          </w:p>
        </w:tc>
        <w:tc>
          <w:tcPr>
            <w:tcW w:w="5237" w:type="dxa"/>
            <w:vAlign w:val="center"/>
          </w:tcPr>
          <w:p w14:paraId="6782DFB7" w14:textId="77777777" w:rsidR="00E8304A" w:rsidRPr="00CE6D6F" w:rsidRDefault="00E8304A" w:rsidP="00E8304A">
            <w:pPr>
              <w:spacing w:before="100" w:after="60"/>
              <w:rPr>
                <w:rFonts w:ascii="標楷體" w:eastAsia="標楷體" w:hAnsi="標楷體"/>
                <w:sz w:val="27"/>
                <w:szCs w:val="27"/>
              </w:rPr>
            </w:pPr>
            <w:proofErr w:type="spellStart"/>
            <w:r w:rsidRPr="00CE6D6F">
              <w:rPr>
                <w:rFonts w:ascii="標楷體" w:eastAsia="標楷體" w:hAnsi="標楷體"/>
                <w:sz w:val="27"/>
                <w:szCs w:val="27"/>
              </w:rPr>
              <w:t>身分證反面影本</w:t>
            </w:r>
            <w:proofErr w:type="spellEnd"/>
            <w:r w:rsidRPr="00CE6D6F">
              <w:rPr>
                <w:rFonts w:ascii="標楷體" w:eastAsia="標楷體" w:hAnsi="標楷體"/>
                <w:sz w:val="27"/>
                <w:szCs w:val="27"/>
              </w:rPr>
              <w:br/>
            </w:r>
            <w:r w:rsidRPr="00CE6D6F">
              <w:rPr>
                <w:rFonts w:ascii="標楷體" w:eastAsia="標楷體" w:hAnsi="標楷體"/>
                <w:sz w:val="27"/>
                <w:szCs w:val="27"/>
              </w:rPr>
              <w:br/>
            </w:r>
            <w:r w:rsidRPr="00CE6D6F">
              <w:rPr>
                <w:rFonts w:ascii="標楷體" w:eastAsia="標楷體" w:hAnsi="標楷體"/>
                <w:sz w:val="27"/>
                <w:szCs w:val="27"/>
              </w:rPr>
              <w:br/>
            </w:r>
            <w:r w:rsidRPr="00CE6D6F">
              <w:rPr>
                <w:rFonts w:ascii="標楷體" w:eastAsia="標楷體" w:hAnsi="標楷體"/>
                <w:sz w:val="27"/>
                <w:szCs w:val="27"/>
              </w:rPr>
              <w:br/>
            </w:r>
          </w:p>
        </w:tc>
      </w:tr>
    </w:tbl>
    <w:p w14:paraId="03B61E5E" w14:textId="3A06AF01" w:rsidR="00E8304A" w:rsidRPr="00E8304A" w:rsidRDefault="00CF21A9" w:rsidP="00E8304A">
      <w:pPr>
        <w:spacing w:before="100" w:after="60"/>
        <w:rPr>
          <w:rFonts w:ascii="標楷體" w:eastAsia="標楷體" w:hAnsi="標楷體"/>
          <w:sz w:val="27"/>
          <w:szCs w:val="27"/>
          <w:lang w:eastAsia="zh-TW"/>
        </w:rPr>
      </w:pPr>
      <w:r>
        <w:rPr>
          <w:rFonts w:ascii="標楷體" w:eastAsia="標楷體" w:hAnsi="標楷體" w:hint="eastAsia"/>
          <w:sz w:val="27"/>
          <w:szCs w:val="27"/>
          <w:lang w:eastAsia="zh-TW"/>
        </w:rPr>
        <w:t>四</w:t>
      </w:r>
      <w:r w:rsidR="00DB71B8" w:rsidRPr="00CE6D6F">
        <w:rPr>
          <w:rFonts w:ascii="標楷體" w:eastAsia="標楷體" w:hAnsi="標楷體"/>
          <w:sz w:val="27"/>
          <w:szCs w:val="27"/>
          <w:lang w:eastAsia="zh-TW"/>
        </w:rPr>
        <w:t>、</w:t>
      </w:r>
      <w:r w:rsidR="00E8304A" w:rsidRPr="00CE6D6F">
        <w:rPr>
          <w:rFonts w:ascii="標楷體" w:eastAsia="標楷體" w:hAnsi="標楷體"/>
          <w:bCs/>
          <w:sz w:val="27"/>
          <w:szCs w:val="27"/>
          <w:lang w:eastAsia="zh-TW"/>
        </w:rPr>
        <w:t>報名課程身分</w:t>
      </w:r>
    </w:p>
    <w:p w14:paraId="7CB7C0B4" w14:textId="77777777" w:rsidR="00E8304A" w:rsidRDefault="00E8304A" w:rsidP="00E8304A">
      <w:pPr>
        <w:spacing w:before="100" w:after="60" w:line="360" w:lineRule="exact"/>
        <w:rPr>
          <w:rFonts w:ascii="標楷體" w:eastAsia="標楷體" w:hAnsi="標楷體"/>
          <w:bCs/>
          <w:sz w:val="27"/>
          <w:szCs w:val="27"/>
          <w:lang w:eastAsia="zh-TW"/>
        </w:rPr>
      </w:pPr>
      <w:r w:rsidRPr="00CE6D6F">
        <w:rPr>
          <w:rFonts w:ascii="標楷體" w:eastAsia="標楷體" w:hAnsi="標楷體"/>
          <w:bCs/>
          <w:sz w:val="27"/>
          <w:szCs w:val="27"/>
          <w:lang w:eastAsia="zh-TW"/>
        </w:rPr>
        <w:t>□</w:t>
      </w:r>
      <w:r w:rsidRPr="00BA24D6">
        <w:rPr>
          <w:rFonts w:ascii="標楷體" w:eastAsia="標楷體" w:hAnsi="標楷體"/>
          <w:bCs/>
          <w:sz w:val="26"/>
          <w:szCs w:val="26"/>
          <w:lang w:eastAsia="zh-TW"/>
        </w:rPr>
        <w:t xml:space="preserve"> 相關科系畢業者（幼保、家政、護理等）□ 已完成居家托育服務登記之托育人員（保母）</w:t>
      </w:r>
      <w:r w:rsidRPr="00BA24D6">
        <w:rPr>
          <w:rFonts w:ascii="標楷體" w:eastAsia="標楷體" w:hAnsi="標楷體"/>
          <w:bCs/>
          <w:sz w:val="26"/>
          <w:szCs w:val="26"/>
          <w:lang w:eastAsia="zh-TW"/>
        </w:rPr>
        <w:br/>
      </w:r>
      <w:r w:rsidRPr="00CE6D6F">
        <w:rPr>
          <w:rFonts w:ascii="標楷體" w:eastAsia="標楷體" w:hAnsi="標楷體"/>
          <w:bCs/>
          <w:sz w:val="27"/>
          <w:szCs w:val="27"/>
          <w:lang w:eastAsia="zh-TW"/>
        </w:rPr>
        <w:t xml:space="preserve">□ </w:t>
      </w:r>
      <w:r w:rsidRPr="00BA24D6">
        <w:rPr>
          <w:rFonts w:ascii="標楷體" w:eastAsia="標楷體" w:hAnsi="標楷體"/>
          <w:bCs/>
          <w:sz w:val="26"/>
          <w:szCs w:val="26"/>
          <w:lang w:eastAsia="zh-TW"/>
        </w:rPr>
        <w:t>領有托育人員（保母）訓練課程結業證書□ 領有托育人員（保母）技術士證</w:t>
      </w:r>
    </w:p>
    <w:p w14:paraId="3068C150" w14:textId="098189AF" w:rsidR="00E8304A" w:rsidRPr="00BA24D6" w:rsidRDefault="00E8304A" w:rsidP="00E8304A">
      <w:pPr>
        <w:spacing w:after="0" w:line="360" w:lineRule="exact"/>
        <w:rPr>
          <w:rFonts w:ascii="標楷體" w:eastAsia="標楷體" w:hAnsi="標楷體"/>
          <w:bCs/>
          <w:sz w:val="27"/>
          <w:szCs w:val="27"/>
          <w:lang w:eastAsia="zh-TW"/>
        </w:rPr>
      </w:pPr>
      <w:r w:rsidRPr="00CE6D6F">
        <w:rPr>
          <w:rFonts w:ascii="標楷體" w:eastAsia="標楷體" w:hAnsi="標楷體"/>
          <w:bCs/>
          <w:sz w:val="27"/>
          <w:szCs w:val="27"/>
          <w:lang w:eastAsia="zh-TW"/>
        </w:rPr>
        <w:t>□</w:t>
      </w:r>
      <w:r>
        <w:rPr>
          <w:rFonts w:ascii="標楷體" w:eastAsia="標楷體" w:hAnsi="標楷體" w:hint="eastAsia"/>
          <w:bCs/>
          <w:sz w:val="27"/>
          <w:szCs w:val="27"/>
          <w:lang w:eastAsia="zh-TW"/>
        </w:rPr>
        <w:t xml:space="preserve"> </w:t>
      </w:r>
      <w:r w:rsidRPr="00CF21A9">
        <w:rPr>
          <w:rFonts w:ascii="標楷體" w:eastAsia="標楷體" w:hAnsi="標楷體"/>
          <w:bCs/>
          <w:sz w:val="26"/>
          <w:szCs w:val="26"/>
          <w:lang w:eastAsia="zh-TW"/>
        </w:rPr>
        <w:t>對</w:t>
      </w:r>
      <w:r>
        <w:rPr>
          <w:rFonts w:ascii="標楷體" w:eastAsia="標楷體" w:hAnsi="標楷體" w:hint="eastAsia"/>
          <w:bCs/>
          <w:sz w:val="26"/>
          <w:szCs w:val="26"/>
          <w:lang w:eastAsia="zh-TW"/>
        </w:rPr>
        <w:t>到府坐月子</w:t>
      </w:r>
      <w:r w:rsidRPr="00CF21A9">
        <w:rPr>
          <w:rFonts w:ascii="標楷體" w:eastAsia="標楷體" w:hAnsi="標楷體"/>
          <w:bCs/>
          <w:sz w:val="26"/>
          <w:szCs w:val="26"/>
          <w:lang w:eastAsia="zh-TW"/>
        </w:rPr>
        <w:t>服務</w:t>
      </w:r>
      <w:r>
        <w:rPr>
          <w:rFonts w:ascii="標楷體" w:eastAsia="標楷體" w:hAnsi="標楷體" w:hint="eastAsia"/>
          <w:bCs/>
          <w:sz w:val="26"/>
          <w:szCs w:val="26"/>
          <w:lang w:eastAsia="zh-TW"/>
        </w:rPr>
        <w:t>課程</w:t>
      </w:r>
      <w:r w:rsidRPr="00CF21A9">
        <w:rPr>
          <w:rFonts w:ascii="標楷體" w:eastAsia="標楷體" w:hAnsi="標楷體"/>
          <w:bCs/>
          <w:sz w:val="26"/>
          <w:szCs w:val="26"/>
          <w:lang w:eastAsia="zh-TW"/>
        </w:rPr>
        <w:t>有興趣者</w:t>
      </w:r>
    </w:p>
    <w:p w14:paraId="5198C223" w14:textId="1CBCB688" w:rsidR="00BA24D6" w:rsidRDefault="003E6C08">
      <w:pPr>
        <w:spacing w:before="100" w:after="60"/>
        <w:rPr>
          <w:rFonts w:ascii="標楷體" w:eastAsia="標楷體" w:hAnsi="標楷體"/>
          <w:bCs/>
          <w:sz w:val="27"/>
          <w:szCs w:val="27"/>
          <w:lang w:eastAsia="zh-TW"/>
        </w:rPr>
      </w:pPr>
      <w:r>
        <w:rPr>
          <w:rFonts w:ascii="標楷體" w:eastAsia="標楷體" w:hAnsi="標楷體" w:hint="eastAsia"/>
          <w:noProof/>
          <w:sz w:val="27"/>
          <w:szCs w:val="27"/>
          <w:lang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B16317" wp14:editId="4FC139DB">
                <wp:simplePos x="0" y="0"/>
                <wp:positionH relativeFrom="column">
                  <wp:posOffset>3159760</wp:posOffset>
                </wp:positionH>
                <wp:positionV relativeFrom="paragraph">
                  <wp:posOffset>13969</wp:posOffset>
                </wp:positionV>
                <wp:extent cx="1266825" cy="390525"/>
                <wp:effectExtent l="0" t="0" r="9525" b="9525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6EA21A" w14:textId="5E3395BF" w:rsidR="00AD454E" w:rsidRPr="00E8304A" w:rsidRDefault="00AD454E">
                            <w:pPr>
                              <w:rPr>
                                <w:b/>
                                <w:bCs/>
                                <w:lang w:eastAsia="zh-TW"/>
                              </w:rPr>
                            </w:pPr>
                            <w:r w:rsidRPr="00E8304A">
                              <w:rPr>
                                <w:rFonts w:hint="eastAsia"/>
                                <w:b/>
                                <w:bCs/>
                                <w:lang w:eastAsia="zh-TW"/>
                              </w:rPr>
                              <w:t>請接下</w:t>
                            </w:r>
                            <w:r w:rsidR="003E6C08" w:rsidRPr="00E8304A">
                              <w:rPr>
                                <w:rFonts w:hint="eastAsia"/>
                                <w:b/>
                                <w:bCs/>
                                <w:lang w:eastAsia="zh-TW"/>
                              </w:rPr>
                              <w:t>頁</w:t>
                            </w:r>
                            <w:r w:rsidRPr="00E8304A">
                              <w:rPr>
                                <w:rFonts w:hint="eastAsia"/>
                                <w:b/>
                                <w:bCs/>
                                <w:lang w:eastAsia="zh-TW"/>
                              </w:rPr>
                              <w:t>填寫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B16317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248.8pt;margin-top:1.1pt;width:99.75pt;height:3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" fillcolor="white [3201]" stroked="f" strokeweight=".5pt">
                <v:textbox>
                  <w:txbxContent>
                    <w:p w14:paraId="386EA21A" w14:textId="5E3395BF" w:rsidR="00AD454E" w:rsidRPr="00E8304A" w:rsidRDefault="00AD454E">
                      <w:pPr>
                        <w:rPr>
                          <w:b/>
                          <w:bCs/>
                          <w:lang w:eastAsia="zh-TW"/>
                        </w:rPr>
                      </w:pPr>
                      <w:r w:rsidRPr="00E8304A">
                        <w:rPr>
                          <w:rFonts w:hint="eastAsia"/>
                          <w:b/>
                          <w:bCs/>
                          <w:lang w:eastAsia="zh-TW"/>
                        </w:rPr>
                        <w:t>請接下</w:t>
                      </w:r>
                      <w:r w:rsidR="003E6C08" w:rsidRPr="00E8304A">
                        <w:rPr>
                          <w:rFonts w:hint="eastAsia"/>
                          <w:b/>
                          <w:bCs/>
                          <w:lang w:eastAsia="zh-TW"/>
                        </w:rPr>
                        <w:t>頁</w:t>
                      </w:r>
                      <w:r w:rsidRPr="00E8304A">
                        <w:rPr>
                          <w:rFonts w:hint="eastAsia"/>
                          <w:b/>
                          <w:bCs/>
                          <w:lang w:eastAsia="zh-TW"/>
                        </w:rPr>
                        <w:t>填寫</w:t>
                      </w:r>
                    </w:p>
                  </w:txbxContent>
                </v:textbox>
              </v:shape>
            </w:pict>
          </mc:Fallback>
        </mc:AlternateContent>
      </w:r>
    </w:p>
    <w:p w14:paraId="2EFB0C60" w14:textId="77777777" w:rsidR="004003DC" w:rsidRPr="00832999" w:rsidRDefault="00F754C6">
      <w:pPr>
        <w:spacing w:before="100" w:after="60"/>
        <w:rPr>
          <w:rFonts w:ascii="標楷體" w:eastAsia="標楷體" w:hAnsi="標楷體"/>
          <w:bCs/>
          <w:sz w:val="29"/>
          <w:szCs w:val="29"/>
          <w:lang w:eastAsia="zh-TW"/>
        </w:rPr>
      </w:pPr>
      <w:r w:rsidRPr="00832999">
        <w:rPr>
          <w:rFonts w:ascii="標楷體" w:eastAsia="標楷體" w:hAnsi="標楷體"/>
          <w:bCs/>
          <w:sz w:val="29"/>
          <w:szCs w:val="29"/>
          <w:lang w:eastAsia="zh-TW"/>
        </w:rPr>
        <w:lastRenderedPageBreak/>
        <w:t>五、參加課程動機</w:t>
      </w:r>
    </w:p>
    <w:p w14:paraId="701687ED" w14:textId="0BD51B58" w:rsidR="004003DC" w:rsidRPr="00DA3B52" w:rsidRDefault="00F754C6" w:rsidP="00DB71B8">
      <w:pPr>
        <w:spacing w:before="100" w:after="60"/>
        <w:rPr>
          <w:rFonts w:ascii="標楷體" w:eastAsia="標楷體" w:hAnsi="標楷體"/>
          <w:bCs/>
          <w:sz w:val="28"/>
          <w:szCs w:val="28"/>
          <w:lang w:eastAsia="zh-TW"/>
        </w:rPr>
      </w:pPr>
      <w:r w:rsidRPr="00DA3B52">
        <w:rPr>
          <w:rFonts w:ascii="標楷體" w:eastAsia="標楷體" w:hAnsi="標楷體"/>
          <w:bCs/>
          <w:sz w:val="28"/>
          <w:szCs w:val="28"/>
          <w:lang w:eastAsia="zh-TW"/>
        </w:rPr>
        <w:t>□ 想學得一技之長，以利未來就業</w:t>
      </w:r>
      <w:r w:rsidR="00CE6D6F" w:rsidRPr="00DA3B52">
        <w:rPr>
          <w:rFonts w:ascii="標楷體" w:eastAsia="標楷體" w:hAnsi="標楷體" w:hint="eastAsia"/>
          <w:bCs/>
          <w:sz w:val="28"/>
          <w:szCs w:val="28"/>
          <w:lang w:eastAsia="zh-TW"/>
        </w:rPr>
        <w:t xml:space="preserve">   </w:t>
      </w:r>
      <w:r w:rsidRPr="00DA3B52">
        <w:rPr>
          <w:rFonts w:ascii="標楷體" w:eastAsia="標楷體" w:hAnsi="標楷體"/>
          <w:bCs/>
          <w:sz w:val="28"/>
          <w:szCs w:val="28"/>
          <w:lang w:eastAsia="zh-TW"/>
        </w:rPr>
        <w:t>□ 想學習第二專長，以利轉業或增加就業機會</w:t>
      </w:r>
      <w:r w:rsidRPr="00DA3B52">
        <w:rPr>
          <w:rFonts w:ascii="標楷體" w:eastAsia="標楷體" w:hAnsi="標楷體"/>
          <w:bCs/>
          <w:sz w:val="28"/>
          <w:szCs w:val="28"/>
          <w:lang w:eastAsia="zh-TW"/>
        </w:rPr>
        <w:br/>
        <w:t>□ 為服務家人、親人，充實實務經驗</w:t>
      </w:r>
      <w:r w:rsidR="00CE6D6F" w:rsidRPr="00DA3B52">
        <w:rPr>
          <w:rFonts w:ascii="標楷體" w:eastAsia="標楷體" w:hAnsi="標楷體" w:hint="eastAsia"/>
          <w:bCs/>
          <w:sz w:val="28"/>
          <w:szCs w:val="28"/>
          <w:lang w:eastAsia="zh-TW"/>
        </w:rPr>
        <w:t xml:space="preserve"> </w:t>
      </w:r>
      <w:r w:rsidRPr="00DA3B52">
        <w:rPr>
          <w:rFonts w:ascii="標楷體" w:eastAsia="標楷體" w:hAnsi="標楷體"/>
          <w:bCs/>
          <w:sz w:val="28"/>
          <w:szCs w:val="28"/>
          <w:lang w:eastAsia="zh-TW"/>
        </w:rPr>
        <w:t>□ 為充實相關專業知識□ 其他：______________</w:t>
      </w:r>
    </w:p>
    <w:p w14:paraId="2B69931F" w14:textId="77777777" w:rsidR="004003DC" w:rsidRPr="00832999" w:rsidRDefault="00F754C6">
      <w:pPr>
        <w:spacing w:before="100" w:after="60"/>
        <w:rPr>
          <w:rFonts w:ascii="標楷體" w:eastAsia="標楷體" w:hAnsi="標楷體"/>
          <w:bCs/>
          <w:sz w:val="29"/>
          <w:szCs w:val="29"/>
          <w:lang w:eastAsia="zh-TW"/>
        </w:rPr>
      </w:pPr>
      <w:r w:rsidRPr="00832999">
        <w:rPr>
          <w:rFonts w:ascii="標楷體" w:eastAsia="標楷體" w:hAnsi="標楷體"/>
          <w:bCs/>
          <w:sz w:val="29"/>
          <w:szCs w:val="29"/>
          <w:lang w:eastAsia="zh-TW"/>
        </w:rPr>
        <w:t>六、擔任到宅坐月子服務人員意願度</w:t>
      </w:r>
    </w:p>
    <w:p w14:paraId="0C3DE834" w14:textId="77777777" w:rsidR="004003DC" w:rsidRPr="00DA3B52" w:rsidRDefault="00F754C6" w:rsidP="00BA24D6">
      <w:pPr>
        <w:spacing w:before="100" w:after="60" w:line="240" w:lineRule="auto"/>
        <w:rPr>
          <w:rFonts w:ascii="標楷體" w:eastAsia="標楷體" w:hAnsi="標楷體"/>
          <w:bCs/>
          <w:sz w:val="28"/>
          <w:szCs w:val="28"/>
          <w:lang w:eastAsia="zh-TW"/>
        </w:rPr>
      </w:pPr>
      <w:r w:rsidRPr="00DA3B52">
        <w:rPr>
          <w:rFonts w:ascii="標楷體" w:eastAsia="標楷體" w:hAnsi="標楷體"/>
          <w:bCs/>
          <w:sz w:val="28"/>
          <w:szCs w:val="28"/>
          <w:lang w:eastAsia="zh-TW"/>
        </w:rPr>
        <w:t>□ 非常願意　　□ 願意　　□ 普通　　□ 尚未決定　　□ 暫無意願</w:t>
      </w:r>
    </w:p>
    <w:p w14:paraId="6D90309B" w14:textId="7A902408" w:rsidR="00BA24D6" w:rsidRDefault="00BA24D6" w:rsidP="00BA24D6">
      <w:pPr>
        <w:spacing w:before="100" w:after="60"/>
        <w:rPr>
          <w:rFonts w:ascii="標楷體" w:eastAsia="標楷體" w:hAnsi="標楷體"/>
          <w:bCs/>
          <w:sz w:val="29"/>
          <w:szCs w:val="29"/>
          <w:lang w:eastAsia="zh-TW"/>
        </w:rPr>
      </w:pPr>
      <w:r w:rsidRPr="00832999">
        <w:rPr>
          <w:rFonts w:ascii="標楷體" w:eastAsia="標楷體" w:hAnsi="標楷體" w:hint="eastAsia"/>
          <w:bCs/>
          <w:sz w:val="29"/>
          <w:szCs w:val="29"/>
          <w:lang w:eastAsia="zh-TW"/>
        </w:rPr>
        <w:t>七</w:t>
      </w:r>
      <w:r w:rsidRPr="00832999">
        <w:rPr>
          <w:rFonts w:ascii="標楷體" w:eastAsia="標楷體" w:hAnsi="標楷體"/>
          <w:bCs/>
          <w:sz w:val="29"/>
          <w:szCs w:val="29"/>
          <w:lang w:eastAsia="zh-TW"/>
        </w:rPr>
        <w:t>、</w:t>
      </w:r>
      <w:r w:rsidRPr="00832999">
        <w:rPr>
          <w:rFonts w:ascii="標楷體" w:eastAsia="標楷體" w:hAnsi="標楷體" w:hint="eastAsia"/>
          <w:bCs/>
          <w:sz w:val="29"/>
          <w:szCs w:val="29"/>
          <w:lang w:eastAsia="zh-TW"/>
        </w:rPr>
        <w:t>請假規定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594"/>
        <w:gridCol w:w="4487"/>
        <w:gridCol w:w="2387"/>
      </w:tblGrid>
      <w:tr w:rsidR="00DA3B52" w:rsidRPr="00DA3B52" w14:paraId="57DB8E7E" w14:textId="77777777" w:rsidTr="00DA3B52">
        <w:trPr>
          <w:jc w:val="center"/>
        </w:trPr>
        <w:tc>
          <w:tcPr>
            <w:tcW w:w="1594" w:type="dxa"/>
            <w:shd w:val="clear" w:color="auto" w:fill="D9EAF7"/>
            <w:vAlign w:val="center"/>
          </w:tcPr>
          <w:p w14:paraId="59E1A027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DA3B52">
              <w:rPr>
                <w:rFonts w:ascii="標楷體" w:eastAsia="標楷體" w:hAnsi="標楷體"/>
                <w:b/>
                <w:sz w:val="28"/>
                <w:szCs w:val="28"/>
              </w:rPr>
              <w:t>課程類別</w:t>
            </w:r>
            <w:proofErr w:type="spellEnd"/>
          </w:p>
        </w:tc>
        <w:tc>
          <w:tcPr>
            <w:tcW w:w="4487" w:type="dxa"/>
            <w:shd w:val="clear" w:color="auto" w:fill="D9EAF7"/>
            <w:vAlign w:val="center"/>
          </w:tcPr>
          <w:p w14:paraId="3FC9D8D3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DA3B52">
              <w:rPr>
                <w:rFonts w:ascii="標楷體" w:eastAsia="標楷體" w:hAnsi="標楷體"/>
                <w:b/>
                <w:sz w:val="28"/>
                <w:szCs w:val="28"/>
              </w:rPr>
              <w:t>課程名稱</w:t>
            </w:r>
            <w:proofErr w:type="spellEnd"/>
          </w:p>
        </w:tc>
        <w:tc>
          <w:tcPr>
            <w:tcW w:w="2387" w:type="dxa"/>
            <w:shd w:val="clear" w:color="auto" w:fill="D9EAF7"/>
            <w:vAlign w:val="center"/>
          </w:tcPr>
          <w:p w14:paraId="3D8FFCA1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DA3B52">
              <w:rPr>
                <w:rFonts w:ascii="標楷體" w:eastAsia="標楷體" w:hAnsi="標楷體"/>
                <w:b/>
                <w:sz w:val="28"/>
                <w:szCs w:val="28"/>
              </w:rPr>
              <w:t>時數</w:t>
            </w:r>
            <w:proofErr w:type="spellEnd"/>
          </w:p>
        </w:tc>
      </w:tr>
      <w:tr w:rsidR="00DA3B52" w:rsidRPr="00DA3B52" w14:paraId="5494787F" w14:textId="77777777" w:rsidTr="00DA3B52">
        <w:trPr>
          <w:jc w:val="center"/>
        </w:trPr>
        <w:tc>
          <w:tcPr>
            <w:tcW w:w="1594" w:type="dxa"/>
            <w:vAlign w:val="center"/>
          </w:tcPr>
          <w:p w14:paraId="1CF66818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DA3B52">
              <w:rPr>
                <w:rFonts w:ascii="標楷體" w:eastAsia="標楷體" w:hAnsi="標楷體"/>
                <w:sz w:val="28"/>
                <w:szCs w:val="28"/>
              </w:rPr>
              <w:t>學科</w:t>
            </w:r>
            <w:proofErr w:type="spellEnd"/>
          </w:p>
        </w:tc>
        <w:tc>
          <w:tcPr>
            <w:tcW w:w="4487" w:type="dxa"/>
            <w:vAlign w:val="center"/>
          </w:tcPr>
          <w:p w14:paraId="34041EE9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DA3B52">
              <w:rPr>
                <w:rFonts w:ascii="標楷體" w:eastAsia="標楷體" w:hAnsi="標楷體"/>
                <w:sz w:val="28"/>
                <w:szCs w:val="28"/>
              </w:rPr>
              <w:t>產後中醫概論</w:t>
            </w:r>
            <w:proofErr w:type="spellEnd"/>
          </w:p>
        </w:tc>
        <w:tc>
          <w:tcPr>
            <w:tcW w:w="2387" w:type="dxa"/>
            <w:vAlign w:val="center"/>
          </w:tcPr>
          <w:p w14:paraId="1D22A158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A3B52">
              <w:rPr>
                <w:rFonts w:ascii="標楷體" w:eastAsia="標楷體" w:hAnsi="標楷體"/>
                <w:sz w:val="28"/>
                <w:szCs w:val="28"/>
              </w:rPr>
              <w:t>8小時</w:t>
            </w:r>
          </w:p>
        </w:tc>
      </w:tr>
      <w:tr w:rsidR="00DA3B52" w:rsidRPr="00DA3B52" w14:paraId="2732F738" w14:textId="77777777" w:rsidTr="00DA3B52">
        <w:trPr>
          <w:jc w:val="center"/>
        </w:trPr>
        <w:tc>
          <w:tcPr>
            <w:tcW w:w="1594" w:type="dxa"/>
            <w:vAlign w:val="center"/>
          </w:tcPr>
          <w:p w14:paraId="5EDF7D92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DA3B52">
              <w:rPr>
                <w:rFonts w:ascii="標楷體" w:eastAsia="標楷體" w:hAnsi="標楷體"/>
                <w:sz w:val="28"/>
                <w:szCs w:val="28"/>
              </w:rPr>
              <w:t>學科</w:t>
            </w:r>
            <w:proofErr w:type="spellEnd"/>
          </w:p>
        </w:tc>
        <w:tc>
          <w:tcPr>
            <w:tcW w:w="4487" w:type="dxa"/>
            <w:vAlign w:val="center"/>
          </w:tcPr>
          <w:p w14:paraId="3EE13749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DA3B52">
              <w:rPr>
                <w:rFonts w:ascii="標楷體" w:eastAsia="標楷體" w:hAnsi="標楷體"/>
                <w:sz w:val="28"/>
                <w:szCs w:val="28"/>
              </w:rPr>
              <w:t>產後營養飲食</w:t>
            </w:r>
            <w:proofErr w:type="spellEnd"/>
          </w:p>
        </w:tc>
        <w:tc>
          <w:tcPr>
            <w:tcW w:w="2387" w:type="dxa"/>
            <w:vAlign w:val="center"/>
          </w:tcPr>
          <w:p w14:paraId="6112BEEA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A3B52">
              <w:rPr>
                <w:rFonts w:ascii="標楷體" w:eastAsia="標楷體" w:hAnsi="標楷體"/>
                <w:sz w:val="28"/>
                <w:szCs w:val="28"/>
              </w:rPr>
              <w:t>7小時</w:t>
            </w:r>
          </w:p>
        </w:tc>
      </w:tr>
      <w:tr w:rsidR="00DA3B52" w:rsidRPr="00DA3B52" w14:paraId="32D9C139" w14:textId="77777777" w:rsidTr="00DA3B52">
        <w:trPr>
          <w:jc w:val="center"/>
        </w:trPr>
        <w:tc>
          <w:tcPr>
            <w:tcW w:w="1594" w:type="dxa"/>
            <w:vAlign w:val="center"/>
          </w:tcPr>
          <w:p w14:paraId="6942DB82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DA3B52">
              <w:rPr>
                <w:rFonts w:ascii="標楷體" w:eastAsia="標楷體" w:hAnsi="標楷體"/>
                <w:sz w:val="28"/>
                <w:szCs w:val="28"/>
              </w:rPr>
              <w:t>學科</w:t>
            </w:r>
            <w:proofErr w:type="spellEnd"/>
          </w:p>
        </w:tc>
        <w:tc>
          <w:tcPr>
            <w:tcW w:w="4487" w:type="dxa"/>
            <w:vAlign w:val="center"/>
          </w:tcPr>
          <w:p w14:paraId="44EC04F6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DA3B52">
              <w:rPr>
                <w:rFonts w:ascii="標楷體" w:eastAsia="標楷體" w:hAnsi="標楷體"/>
                <w:sz w:val="28"/>
                <w:szCs w:val="28"/>
              </w:rPr>
              <w:t>產婦照顧</w:t>
            </w:r>
            <w:proofErr w:type="spellEnd"/>
          </w:p>
        </w:tc>
        <w:tc>
          <w:tcPr>
            <w:tcW w:w="2387" w:type="dxa"/>
            <w:vAlign w:val="center"/>
          </w:tcPr>
          <w:p w14:paraId="2D871913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A3B52">
              <w:rPr>
                <w:rFonts w:ascii="標楷體" w:eastAsia="標楷體" w:hAnsi="標楷體"/>
                <w:sz w:val="28"/>
                <w:szCs w:val="28"/>
              </w:rPr>
              <w:t>19小時</w:t>
            </w:r>
          </w:p>
        </w:tc>
      </w:tr>
      <w:tr w:rsidR="00DA3B52" w:rsidRPr="00DA3B52" w14:paraId="2994A1B7" w14:textId="77777777" w:rsidTr="00DA3B52">
        <w:trPr>
          <w:jc w:val="center"/>
        </w:trPr>
        <w:tc>
          <w:tcPr>
            <w:tcW w:w="1594" w:type="dxa"/>
            <w:vAlign w:val="center"/>
          </w:tcPr>
          <w:p w14:paraId="66D680F2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DA3B52">
              <w:rPr>
                <w:rFonts w:ascii="標楷體" w:eastAsia="標楷體" w:hAnsi="標楷體"/>
                <w:sz w:val="28"/>
                <w:szCs w:val="28"/>
              </w:rPr>
              <w:t>學科</w:t>
            </w:r>
            <w:proofErr w:type="spellEnd"/>
          </w:p>
        </w:tc>
        <w:tc>
          <w:tcPr>
            <w:tcW w:w="4487" w:type="dxa"/>
            <w:vAlign w:val="center"/>
          </w:tcPr>
          <w:p w14:paraId="4E1DAA91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DA3B52">
              <w:rPr>
                <w:rFonts w:ascii="標楷體" w:eastAsia="標楷體" w:hAnsi="標楷體"/>
                <w:sz w:val="28"/>
                <w:szCs w:val="28"/>
              </w:rPr>
              <w:t>新生兒照顧指導</w:t>
            </w:r>
            <w:proofErr w:type="spellEnd"/>
          </w:p>
        </w:tc>
        <w:tc>
          <w:tcPr>
            <w:tcW w:w="2387" w:type="dxa"/>
            <w:vAlign w:val="center"/>
          </w:tcPr>
          <w:p w14:paraId="632550AB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A3B52">
              <w:rPr>
                <w:rFonts w:ascii="標楷體" w:eastAsia="標楷體" w:hAnsi="標楷體"/>
                <w:sz w:val="28"/>
                <w:szCs w:val="28"/>
              </w:rPr>
              <w:t>11小時</w:t>
            </w:r>
          </w:p>
        </w:tc>
      </w:tr>
      <w:tr w:rsidR="00DA3B52" w:rsidRPr="00DA3B52" w14:paraId="55059A94" w14:textId="77777777" w:rsidTr="00DA3B52">
        <w:trPr>
          <w:jc w:val="center"/>
        </w:trPr>
        <w:tc>
          <w:tcPr>
            <w:tcW w:w="1594" w:type="dxa"/>
            <w:vAlign w:val="center"/>
          </w:tcPr>
          <w:p w14:paraId="460CAB0B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DA3B52">
              <w:rPr>
                <w:rFonts w:ascii="標楷體" w:eastAsia="標楷體" w:hAnsi="標楷體"/>
                <w:sz w:val="28"/>
                <w:szCs w:val="28"/>
              </w:rPr>
              <w:t>學科</w:t>
            </w:r>
            <w:proofErr w:type="spellEnd"/>
          </w:p>
        </w:tc>
        <w:tc>
          <w:tcPr>
            <w:tcW w:w="4487" w:type="dxa"/>
            <w:vAlign w:val="center"/>
          </w:tcPr>
          <w:p w14:paraId="6F0A9C5C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DA3B52">
              <w:rPr>
                <w:rFonts w:ascii="標楷體" w:eastAsia="標楷體" w:hAnsi="標楷體"/>
                <w:sz w:val="28"/>
                <w:szCs w:val="28"/>
              </w:rPr>
              <w:t>坐月子服務專業知識</w:t>
            </w:r>
            <w:proofErr w:type="spellEnd"/>
          </w:p>
        </w:tc>
        <w:tc>
          <w:tcPr>
            <w:tcW w:w="2387" w:type="dxa"/>
            <w:vAlign w:val="center"/>
          </w:tcPr>
          <w:p w14:paraId="051D6DB0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A3B52">
              <w:rPr>
                <w:rFonts w:ascii="標楷體" w:eastAsia="標楷體" w:hAnsi="標楷體"/>
                <w:sz w:val="28"/>
                <w:szCs w:val="28"/>
              </w:rPr>
              <w:t>14小時</w:t>
            </w:r>
          </w:p>
        </w:tc>
      </w:tr>
      <w:tr w:rsidR="00DA3B52" w:rsidRPr="00DA3B52" w14:paraId="5B0C7D90" w14:textId="77777777" w:rsidTr="00DA3B52">
        <w:trPr>
          <w:jc w:val="center"/>
        </w:trPr>
        <w:tc>
          <w:tcPr>
            <w:tcW w:w="1594" w:type="dxa"/>
            <w:vAlign w:val="center"/>
          </w:tcPr>
          <w:p w14:paraId="53080EF5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DA3B52">
              <w:rPr>
                <w:rFonts w:ascii="標楷體" w:eastAsia="標楷體" w:hAnsi="標楷體"/>
                <w:sz w:val="28"/>
                <w:szCs w:val="28"/>
              </w:rPr>
              <w:t>學科</w:t>
            </w:r>
            <w:proofErr w:type="spellEnd"/>
          </w:p>
        </w:tc>
        <w:tc>
          <w:tcPr>
            <w:tcW w:w="4487" w:type="dxa"/>
            <w:vAlign w:val="center"/>
          </w:tcPr>
          <w:p w14:paraId="7732BC1F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DA3B52">
              <w:rPr>
                <w:rFonts w:ascii="標楷體" w:eastAsia="標楷體" w:hAnsi="標楷體"/>
                <w:sz w:val="28"/>
                <w:szCs w:val="28"/>
              </w:rPr>
              <w:t>家事整理</w:t>
            </w:r>
            <w:proofErr w:type="spellEnd"/>
          </w:p>
        </w:tc>
        <w:tc>
          <w:tcPr>
            <w:tcW w:w="2387" w:type="dxa"/>
            <w:vAlign w:val="center"/>
          </w:tcPr>
          <w:p w14:paraId="7067D969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A3B52">
              <w:rPr>
                <w:rFonts w:ascii="標楷體" w:eastAsia="標楷體" w:hAnsi="標楷體"/>
                <w:sz w:val="28"/>
                <w:szCs w:val="28"/>
              </w:rPr>
              <w:t>8小時</w:t>
            </w:r>
          </w:p>
        </w:tc>
      </w:tr>
      <w:tr w:rsidR="00DA3B52" w:rsidRPr="00DA3B52" w14:paraId="611FFE25" w14:textId="77777777" w:rsidTr="00DA3B52">
        <w:trPr>
          <w:jc w:val="center"/>
        </w:trPr>
        <w:tc>
          <w:tcPr>
            <w:tcW w:w="1594" w:type="dxa"/>
            <w:vAlign w:val="center"/>
          </w:tcPr>
          <w:p w14:paraId="0939F739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DA3B52">
              <w:rPr>
                <w:rFonts w:ascii="標楷體" w:eastAsia="標楷體" w:hAnsi="標楷體"/>
                <w:sz w:val="28"/>
                <w:szCs w:val="28"/>
              </w:rPr>
              <w:t>術科</w:t>
            </w:r>
            <w:proofErr w:type="spellEnd"/>
          </w:p>
        </w:tc>
        <w:tc>
          <w:tcPr>
            <w:tcW w:w="4487" w:type="dxa"/>
            <w:vAlign w:val="center"/>
          </w:tcPr>
          <w:p w14:paraId="0FCE0D7E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DA3B52">
              <w:rPr>
                <w:rFonts w:ascii="標楷體" w:eastAsia="標楷體" w:hAnsi="標楷體"/>
                <w:sz w:val="28"/>
                <w:szCs w:val="28"/>
              </w:rPr>
              <w:t>產後膳食調理實作</w:t>
            </w:r>
            <w:proofErr w:type="spellEnd"/>
          </w:p>
        </w:tc>
        <w:tc>
          <w:tcPr>
            <w:tcW w:w="2387" w:type="dxa"/>
            <w:vAlign w:val="center"/>
          </w:tcPr>
          <w:p w14:paraId="6EE84EB2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A3B52">
              <w:rPr>
                <w:rFonts w:ascii="標楷體" w:eastAsia="標楷體" w:hAnsi="標楷體"/>
                <w:sz w:val="28"/>
                <w:szCs w:val="28"/>
              </w:rPr>
              <w:t>23小時</w:t>
            </w:r>
          </w:p>
        </w:tc>
      </w:tr>
      <w:tr w:rsidR="00DA3B52" w:rsidRPr="00DA3B52" w14:paraId="45C8F7B1" w14:textId="77777777" w:rsidTr="00DA3B52">
        <w:trPr>
          <w:jc w:val="center"/>
        </w:trPr>
        <w:tc>
          <w:tcPr>
            <w:tcW w:w="1594" w:type="dxa"/>
            <w:shd w:val="clear" w:color="auto" w:fill="EAF2F8"/>
            <w:vAlign w:val="center"/>
          </w:tcPr>
          <w:p w14:paraId="2365B878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DA3B52">
              <w:rPr>
                <w:rFonts w:ascii="標楷體" w:eastAsia="標楷體" w:hAnsi="標楷體"/>
                <w:b/>
                <w:sz w:val="28"/>
                <w:szCs w:val="28"/>
              </w:rPr>
              <w:t>合計</w:t>
            </w:r>
            <w:proofErr w:type="spellEnd"/>
          </w:p>
        </w:tc>
        <w:tc>
          <w:tcPr>
            <w:tcW w:w="4487" w:type="dxa"/>
            <w:shd w:val="clear" w:color="auto" w:fill="EAF2F8"/>
            <w:vAlign w:val="center"/>
          </w:tcPr>
          <w:p w14:paraId="1062A412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A3B52">
              <w:rPr>
                <w:rFonts w:ascii="標楷體" w:eastAsia="標楷體" w:hAnsi="標楷體"/>
                <w:b/>
                <w:sz w:val="28"/>
                <w:szCs w:val="28"/>
              </w:rPr>
              <w:t>學科67小時＋術科23小時</w:t>
            </w:r>
          </w:p>
        </w:tc>
        <w:tc>
          <w:tcPr>
            <w:tcW w:w="2387" w:type="dxa"/>
            <w:shd w:val="clear" w:color="auto" w:fill="EAF2F8"/>
            <w:vAlign w:val="center"/>
          </w:tcPr>
          <w:p w14:paraId="333CFD2A" w14:textId="77777777" w:rsidR="00DA3B52" w:rsidRPr="00DA3B52" w:rsidRDefault="00DA3B52" w:rsidP="00DA3B5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A3B52">
              <w:rPr>
                <w:rFonts w:ascii="標楷體" w:eastAsia="標楷體" w:hAnsi="標楷體"/>
                <w:b/>
                <w:sz w:val="28"/>
                <w:szCs w:val="28"/>
              </w:rPr>
              <w:t>90小時</w:t>
            </w:r>
          </w:p>
        </w:tc>
      </w:tr>
    </w:tbl>
    <w:p w14:paraId="6C371031" w14:textId="61CD8B4C" w:rsidR="00BA24D6" w:rsidRPr="00832999" w:rsidRDefault="00DA3B52" w:rsidP="00DB71B8">
      <w:pPr>
        <w:spacing w:before="100" w:after="60"/>
        <w:rPr>
          <w:rFonts w:ascii="標楷體" w:eastAsia="標楷體" w:hAnsi="標楷體"/>
          <w:bCs/>
          <w:sz w:val="29"/>
          <w:szCs w:val="29"/>
          <w:lang w:eastAsia="zh-TW"/>
        </w:rPr>
      </w:pPr>
      <w:r>
        <w:rPr>
          <w:rFonts w:ascii="標楷體" w:eastAsia="標楷體" w:hAnsi="標楷體" w:hint="eastAsia"/>
          <w:bCs/>
          <w:sz w:val="29"/>
          <w:szCs w:val="29"/>
          <w:lang w:eastAsia="zh-TW"/>
        </w:rPr>
        <w:t xml:space="preserve">  </w:t>
      </w:r>
      <w:r w:rsidR="00BA24D6" w:rsidRPr="00832999">
        <w:rPr>
          <w:rFonts w:ascii="標楷體" w:eastAsia="標楷體" w:hAnsi="標楷體" w:hint="eastAsia"/>
          <w:bCs/>
          <w:sz w:val="29"/>
          <w:szCs w:val="29"/>
          <w:lang w:eastAsia="zh-TW"/>
        </w:rPr>
        <w:t>術科課程</w:t>
      </w:r>
      <w:r w:rsidR="00832999" w:rsidRPr="00832999">
        <w:rPr>
          <w:rFonts w:ascii="標楷體" w:eastAsia="標楷體" w:hAnsi="標楷體" w:hint="eastAsia"/>
          <w:bCs/>
          <w:sz w:val="29"/>
          <w:szCs w:val="29"/>
          <w:lang w:eastAsia="zh-TW"/>
        </w:rPr>
        <w:t>總時數</w:t>
      </w:r>
      <w:r w:rsidR="00BA24D6" w:rsidRPr="00832999">
        <w:rPr>
          <w:rFonts w:ascii="標楷體" w:eastAsia="標楷體" w:hAnsi="標楷體" w:hint="eastAsia"/>
          <w:bCs/>
          <w:sz w:val="29"/>
          <w:szCs w:val="29"/>
          <w:lang w:eastAsia="zh-TW"/>
        </w:rPr>
        <w:t>須出席100%、學科課程總</w:t>
      </w:r>
      <w:proofErr w:type="gramStart"/>
      <w:r w:rsidR="00BA24D6" w:rsidRPr="00832999">
        <w:rPr>
          <w:rFonts w:ascii="標楷體" w:eastAsia="標楷體" w:hAnsi="標楷體" w:hint="eastAsia"/>
          <w:bCs/>
          <w:sz w:val="29"/>
          <w:szCs w:val="29"/>
          <w:lang w:eastAsia="zh-TW"/>
        </w:rPr>
        <w:t>時數需達</w:t>
      </w:r>
      <w:proofErr w:type="gramEnd"/>
      <w:r w:rsidR="00BA24D6" w:rsidRPr="00832999">
        <w:rPr>
          <w:rFonts w:ascii="標楷體" w:eastAsia="標楷體" w:hAnsi="標楷體" w:hint="eastAsia"/>
          <w:bCs/>
          <w:sz w:val="29"/>
          <w:szCs w:val="29"/>
          <w:lang w:eastAsia="zh-TW"/>
        </w:rPr>
        <w:t>80%、請假及出席規定依本會課程管理辦理</w:t>
      </w:r>
      <w:r w:rsidR="00832999" w:rsidRPr="00832999">
        <w:rPr>
          <w:rFonts w:ascii="標楷體" w:eastAsia="標楷體" w:hAnsi="標楷體"/>
          <w:bCs/>
          <w:sz w:val="29"/>
          <w:szCs w:val="29"/>
          <w:lang w:eastAsia="zh-TW"/>
        </w:rPr>
        <w:t>。</w:t>
      </w:r>
    </w:p>
    <w:p w14:paraId="2C78BC56" w14:textId="1A25A72E" w:rsidR="004003DC" w:rsidRPr="00832999" w:rsidRDefault="00BA24D6" w:rsidP="00DB71B8">
      <w:pPr>
        <w:spacing w:before="100" w:after="60"/>
        <w:rPr>
          <w:rFonts w:ascii="標楷體" w:eastAsia="標楷體" w:hAnsi="標楷體"/>
          <w:bCs/>
          <w:sz w:val="29"/>
          <w:szCs w:val="29"/>
          <w:lang w:eastAsia="zh-TW"/>
        </w:rPr>
      </w:pPr>
      <w:r w:rsidRPr="00832999">
        <w:rPr>
          <w:rFonts w:ascii="標楷體" w:eastAsia="標楷體" w:hAnsi="標楷體" w:hint="eastAsia"/>
          <w:bCs/>
          <w:sz w:val="29"/>
          <w:szCs w:val="29"/>
          <w:lang w:eastAsia="zh-TW"/>
        </w:rPr>
        <w:t>八</w:t>
      </w:r>
      <w:r w:rsidR="00F754C6" w:rsidRPr="00832999">
        <w:rPr>
          <w:rFonts w:ascii="標楷體" w:eastAsia="標楷體" w:hAnsi="標楷體"/>
          <w:bCs/>
          <w:sz w:val="29"/>
          <w:szCs w:val="29"/>
          <w:lang w:eastAsia="zh-TW"/>
        </w:rPr>
        <w:t>、退費說明</w:t>
      </w:r>
    </w:p>
    <w:p w14:paraId="2EDE0530" w14:textId="77777777" w:rsidR="004003DC" w:rsidRPr="00832999" w:rsidRDefault="00F754C6" w:rsidP="00DB71B8">
      <w:pPr>
        <w:spacing w:before="100" w:after="60"/>
        <w:rPr>
          <w:rFonts w:ascii="標楷體" w:eastAsia="標楷體" w:hAnsi="標楷體"/>
          <w:bCs/>
          <w:sz w:val="29"/>
          <w:szCs w:val="29"/>
          <w:lang w:eastAsia="zh-TW"/>
        </w:rPr>
      </w:pPr>
      <w:r w:rsidRPr="00832999">
        <w:rPr>
          <w:rFonts w:ascii="標楷體" w:eastAsia="標楷體" w:hAnsi="標楷體"/>
          <w:bCs/>
          <w:sz w:val="29"/>
          <w:szCs w:val="29"/>
          <w:lang w:eastAsia="zh-TW"/>
        </w:rPr>
        <w:t>※ 報名完成並繳交學費後，如因個人因素或其他原因無法參加課程而申請退費，請依下列規定辦理。</w:t>
      </w:r>
    </w:p>
    <w:tbl>
      <w:tblPr>
        <w:tblW w:w="0" w:type="auto"/>
        <w:jc w:val="center"/>
        <w:tblBorders>
          <w:top w:val="single" w:sz="16" w:space="0" w:color="555555"/>
          <w:left w:val="single" w:sz="16" w:space="0" w:color="555555"/>
          <w:bottom w:val="single" w:sz="16" w:space="0" w:color="555555"/>
          <w:right w:val="single" w:sz="16" w:space="0" w:color="555555"/>
          <w:insideH w:val="single" w:sz="16" w:space="0" w:color="555555"/>
          <w:insideV w:val="single" w:sz="16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3820"/>
      </w:tblGrid>
      <w:tr w:rsidR="004003DC" w:rsidRPr="00DA3B52" w14:paraId="046A8678" w14:textId="77777777" w:rsidTr="00DA3B52">
        <w:trPr>
          <w:trHeight w:val="449"/>
          <w:jc w:val="center"/>
        </w:trPr>
        <w:tc>
          <w:tcPr>
            <w:tcW w:w="6946" w:type="dxa"/>
            <w:shd w:val="clear" w:color="auto" w:fill="D9EAF7"/>
            <w:vAlign w:val="center"/>
          </w:tcPr>
          <w:p w14:paraId="1679C307" w14:textId="77777777" w:rsidR="004003DC" w:rsidRPr="00DA3B52" w:rsidRDefault="00F754C6" w:rsidP="00DA3B52">
            <w:pPr>
              <w:spacing w:after="0" w:line="36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proofErr w:type="spellStart"/>
            <w:r w:rsidRPr="00DA3B52">
              <w:rPr>
                <w:rFonts w:ascii="標楷體" w:eastAsia="標楷體" w:hAnsi="標楷體"/>
                <w:bCs/>
                <w:sz w:val="28"/>
                <w:szCs w:val="28"/>
              </w:rPr>
              <w:t>退費情形</w:t>
            </w:r>
            <w:proofErr w:type="spellEnd"/>
          </w:p>
        </w:tc>
        <w:tc>
          <w:tcPr>
            <w:tcW w:w="3820" w:type="dxa"/>
            <w:shd w:val="clear" w:color="auto" w:fill="D9EAF7"/>
            <w:vAlign w:val="center"/>
          </w:tcPr>
          <w:p w14:paraId="583BAD0C" w14:textId="77777777" w:rsidR="004003DC" w:rsidRPr="00DA3B52" w:rsidRDefault="00F754C6" w:rsidP="00DA3B52">
            <w:pPr>
              <w:spacing w:after="0" w:line="36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proofErr w:type="spellStart"/>
            <w:r w:rsidRPr="00DA3B52">
              <w:rPr>
                <w:rFonts w:ascii="標楷體" w:eastAsia="標楷體" w:hAnsi="標楷體"/>
                <w:bCs/>
                <w:sz w:val="28"/>
                <w:szCs w:val="28"/>
              </w:rPr>
              <w:t>退費比例</w:t>
            </w:r>
            <w:proofErr w:type="spellEnd"/>
          </w:p>
        </w:tc>
      </w:tr>
      <w:tr w:rsidR="004003DC" w:rsidRPr="00DA3B52" w14:paraId="1A94F344" w14:textId="77777777" w:rsidTr="00DB71B8">
        <w:trPr>
          <w:trHeight w:val="482"/>
          <w:jc w:val="center"/>
        </w:trPr>
        <w:tc>
          <w:tcPr>
            <w:tcW w:w="6946" w:type="dxa"/>
            <w:vAlign w:val="center"/>
          </w:tcPr>
          <w:p w14:paraId="05B56CA9" w14:textId="77777777" w:rsidR="004003DC" w:rsidRPr="00DA3B52" w:rsidRDefault="00F754C6" w:rsidP="00DA3B52">
            <w:pPr>
              <w:spacing w:after="0" w:line="360" w:lineRule="exact"/>
              <w:rPr>
                <w:rFonts w:ascii="標楷體" w:eastAsia="標楷體" w:hAnsi="標楷體"/>
                <w:bCs/>
                <w:sz w:val="28"/>
                <w:szCs w:val="28"/>
                <w:lang w:eastAsia="zh-TW"/>
              </w:rPr>
            </w:pPr>
            <w:r w:rsidRPr="00DA3B52">
              <w:rPr>
                <w:rFonts w:ascii="標楷體" w:eastAsia="標楷體" w:hAnsi="標楷體"/>
                <w:bCs/>
                <w:sz w:val="28"/>
                <w:szCs w:val="28"/>
                <w:lang w:eastAsia="zh-TW"/>
              </w:rPr>
              <w:t>一、開課前（不含開課當日）提出退費申請</w:t>
            </w:r>
          </w:p>
        </w:tc>
        <w:tc>
          <w:tcPr>
            <w:tcW w:w="3820" w:type="dxa"/>
            <w:vAlign w:val="center"/>
          </w:tcPr>
          <w:p w14:paraId="1C163250" w14:textId="77777777" w:rsidR="004003DC" w:rsidRPr="00DA3B52" w:rsidRDefault="00F754C6" w:rsidP="00DA3B52">
            <w:pPr>
              <w:spacing w:after="0" w:line="36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A3B52">
              <w:rPr>
                <w:rFonts w:ascii="標楷體" w:eastAsia="標楷體" w:hAnsi="標楷體"/>
                <w:bCs/>
                <w:sz w:val="28"/>
                <w:szCs w:val="28"/>
              </w:rPr>
              <w:t>退還已繳學費95%</w:t>
            </w:r>
          </w:p>
        </w:tc>
      </w:tr>
      <w:tr w:rsidR="004003DC" w:rsidRPr="00DA3B52" w14:paraId="3CEDE658" w14:textId="77777777" w:rsidTr="00DB71B8">
        <w:trPr>
          <w:trHeight w:val="482"/>
          <w:jc w:val="center"/>
        </w:trPr>
        <w:tc>
          <w:tcPr>
            <w:tcW w:w="6946" w:type="dxa"/>
            <w:vAlign w:val="center"/>
          </w:tcPr>
          <w:p w14:paraId="495DDF48" w14:textId="69A58687" w:rsidR="004003DC" w:rsidRPr="00DA3B52" w:rsidRDefault="00BA24D6" w:rsidP="00DA3B52">
            <w:pPr>
              <w:spacing w:after="0" w:line="360" w:lineRule="exact"/>
              <w:rPr>
                <w:rFonts w:ascii="標楷體" w:eastAsia="標楷體" w:hAnsi="標楷體"/>
                <w:bCs/>
                <w:sz w:val="28"/>
                <w:szCs w:val="28"/>
                <w:lang w:eastAsia="zh-TW"/>
              </w:rPr>
            </w:pPr>
            <w:r w:rsidRPr="00DA3B52">
              <w:rPr>
                <w:rFonts w:ascii="標楷體" w:eastAsia="標楷體" w:hAnsi="標楷體" w:hint="eastAsia"/>
                <w:bCs/>
                <w:sz w:val="28"/>
                <w:szCs w:val="28"/>
                <w:lang w:eastAsia="zh-TW"/>
              </w:rPr>
              <w:t>二</w:t>
            </w:r>
            <w:r w:rsidR="00F754C6" w:rsidRPr="00DA3B52">
              <w:rPr>
                <w:rFonts w:ascii="標楷體" w:eastAsia="標楷體" w:hAnsi="標楷體"/>
                <w:bCs/>
                <w:sz w:val="28"/>
                <w:szCs w:val="28"/>
                <w:lang w:eastAsia="zh-TW"/>
              </w:rPr>
              <w:t>、開課後，已逾1/5但</w:t>
            </w:r>
            <w:proofErr w:type="gramStart"/>
            <w:r w:rsidR="00F754C6" w:rsidRPr="00DA3B52">
              <w:rPr>
                <w:rFonts w:ascii="標楷體" w:eastAsia="標楷體" w:hAnsi="標楷體"/>
                <w:bCs/>
                <w:sz w:val="28"/>
                <w:szCs w:val="28"/>
                <w:lang w:eastAsia="zh-TW"/>
              </w:rPr>
              <w:t>未逾全期</w:t>
            </w:r>
            <w:proofErr w:type="gramEnd"/>
            <w:r w:rsidR="00F754C6" w:rsidRPr="00DA3B52">
              <w:rPr>
                <w:rFonts w:ascii="標楷體" w:eastAsia="標楷體" w:hAnsi="標楷體"/>
                <w:bCs/>
                <w:sz w:val="28"/>
                <w:szCs w:val="28"/>
                <w:lang w:eastAsia="zh-TW"/>
              </w:rPr>
              <w:t>課程時數1/3</w:t>
            </w:r>
          </w:p>
        </w:tc>
        <w:tc>
          <w:tcPr>
            <w:tcW w:w="3820" w:type="dxa"/>
            <w:vAlign w:val="center"/>
          </w:tcPr>
          <w:p w14:paraId="314B9DB5" w14:textId="77777777" w:rsidR="004003DC" w:rsidRPr="00DA3B52" w:rsidRDefault="00F754C6" w:rsidP="00DA3B52">
            <w:pPr>
              <w:spacing w:after="0" w:line="36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A3B52">
              <w:rPr>
                <w:rFonts w:ascii="標楷體" w:eastAsia="標楷體" w:hAnsi="標楷體"/>
                <w:bCs/>
                <w:sz w:val="28"/>
                <w:szCs w:val="28"/>
              </w:rPr>
              <w:t>退還已繳學費50%</w:t>
            </w:r>
          </w:p>
        </w:tc>
      </w:tr>
      <w:tr w:rsidR="004003DC" w:rsidRPr="00DA3B52" w14:paraId="60BFEC20" w14:textId="77777777" w:rsidTr="00DB71B8">
        <w:trPr>
          <w:trHeight w:val="482"/>
          <w:jc w:val="center"/>
        </w:trPr>
        <w:tc>
          <w:tcPr>
            <w:tcW w:w="6946" w:type="dxa"/>
            <w:vAlign w:val="center"/>
          </w:tcPr>
          <w:p w14:paraId="0DAAA3A6" w14:textId="1F331E1D" w:rsidR="004003DC" w:rsidRPr="00DA3B52" w:rsidRDefault="00BA24D6" w:rsidP="00DA3B52">
            <w:pPr>
              <w:spacing w:after="0" w:line="360" w:lineRule="exact"/>
              <w:rPr>
                <w:rFonts w:ascii="標楷體" w:eastAsia="標楷體" w:hAnsi="標楷體"/>
                <w:bCs/>
                <w:sz w:val="28"/>
                <w:szCs w:val="28"/>
                <w:lang w:eastAsia="zh-TW"/>
              </w:rPr>
            </w:pPr>
            <w:r w:rsidRPr="00DA3B52">
              <w:rPr>
                <w:rFonts w:ascii="標楷體" w:eastAsia="標楷體" w:hAnsi="標楷體" w:hint="eastAsia"/>
                <w:bCs/>
                <w:sz w:val="28"/>
                <w:szCs w:val="28"/>
                <w:lang w:eastAsia="zh-TW"/>
              </w:rPr>
              <w:t>三</w:t>
            </w:r>
            <w:r w:rsidR="00F754C6" w:rsidRPr="00DA3B52">
              <w:rPr>
                <w:rFonts w:ascii="標楷體" w:eastAsia="標楷體" w:hAnsi="標楷體"/>
                <w:bCs/>
                <w:sz w:val="28"/>
                <w:szCs w:val="28"/>
                <w:lang w:eastAsia="zh-TW"/>
              </w:rPr>
              <w:t>、開課後，</w:t>
            </w:r>
            <w:proofErr w:type="gramStart"/>
            <w:r w:rsidR="00F754C6" w:rsidRPr="00DA3B52">
              <w:rPr>
                <w:rFonts w:ascii="標楷體" w:eastAsia="標楷體" w:hAnsi="標楷體"/>
                <w:bCs/>
                <w:sz w:val="28"/>
                <w:szCs w:val="28"/>
                <w:lang w:eastAsia="zh-TW"/>
              </w:rPr>
              <w:t>已逾全期</w:t>
            </w:r>
            <w:proofErr w:type="gramEnd"/>
            <w:r w:rsidR="00F754C6" w:rsidRPr="00DA3B52">
              <w:rPr>
                <w:rFonts w:ascii="標楷體" w:eastAsia="標楷體" w:hAnsi="標楷體"/>
                <w:bCs/>
                <w:sz w:val="28"/>
                <w:szCs w:val="28"/>
                <w:lang w:eastAsia="zh-TW"/>
              </w:rPr>
              <w:t>課程時數1/3</w:t>
            </w:r>
          </w:p>
        </w:tc>
        <w:tc>
          <w:tcPr>
            <w:tcW w:w="3820" w:type="dxa"/>
            <w:vAlign w:val="center"/>
          </w:tcPr>
          <w:p w14:paraId="6654DD70" w14:textId="77777777" w:rsidR="004003DC" w:rsidRPr="00DA3B52" w:rsidRDefault="00F754C6" w:rsidP="00DA3B52">
            <w:pPr>
              <w:spacing w:after="0" w:line="36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proofErr w:type="spellStart"/>
            <w:r w:rsidRPr="00DA3B52">
              <w:rPr>
                <w:rFonts w:ascii="標楷體" w:eastAsia="標楷體" w:hAnsi="標楷體"/>
                <w:bCs/>
                <w:sz w:val="28"/>
                <w:szCs w:val="28"/>
              </w:rPr>
              <w:t>不予退費</w:t>
            </w:r>
            <w:proofErr w:type="spellEnd"/>
          </w:p>
        </w:tc>
      </w:tr>
    </w:tbl>
    <w:p w14:paraId="3DD26AAE" w14:textId="76D23B55" w:rsidR="004003DC" w:rsidRPr="00DA3B52" w:rsidRDefault="00DB71B8">
      <w:pPr>
        <w:spacing w:before="100" w:after="60"/>
        <w:rPr>
          <w:rFonts w:ascii="標楷體" w:eastAsia="標楷體" w:hAnsi="標楷體"/>
          <w:bCs/>
          <w:sz w:val="28"/>
          <w:szCs w:val="28"/>
        </w:rPr>
      </w:pPr>
      <w:r w:rsidRPr="00DA3B52">
        <w:rPr>
          <w:rFonts w:ascii="標楷體" w:eastAsia="標楷體" w:hAnsi="標楷體" w:hint="eastAsia"/>
          <w:bCs/>
          <w:sz w:val="28"/>
          <w:szCs w:val="28"/>
          <w:lang w:eastAsia="zh-TW"/>
        </w:rPr>
        <w:t>八</w:t>
      </w:r>
      <w:r w:rsidR="00F754C6" w:rsidRPr="00DA3B52">
        <w:rPr>
          <w:rFonts w:ascii="標楷體" w:eastAsia="標楷體" w:hAnsi="標楷體"/>
          <w:bCs/>
          <w:sz w:val="28"/>
          <w:szCs w:val="28"/>
        </w:rPr>
        <w:t>、</w:t>
      </w:r>
      <w:proofErr w:type="spellStart"/>
      <w:r w:rsidR="00F754C6" w:rsidRPr="00DA3B52">
        <w:rPr>
          <w:rFonts w:ascii="標楷體" w:eastAsia="標楷體" w:hAnsi="標楷體"/>
          <w:bCs/>
          <w:sz w:val="28"/>
          <w:szCs w:val="28"/>
        </w:rPr>
        <w:t>退費辦理方式</w:t>
      </w:r>
      <w:proofErr w:type="spellEnd"/>
    </w:p>
    <w:p w14:paraId="4C5373FF" w14:textId="77777777" w:rsidR="004003DC" w:rsidRPr="00DA3B52" w:rsidRDefault="00F754C6" w:rsidP="00DB71B8">
      <w:pPr>
        <w:spacing w:before="100" w:after="60"/>
        <w:rPr>
          <w:rFonts w:ascii="標楷體" w:eastAsia="標楷體" w:hAnsi="標楷體"/>
          <w:bCs/>
          <w:sz w:val="27"/>
          <w:szCs w:val="27"/>
          <w:lang w:eastAsia="zh-TW"/>
        </w:rPr>
      </w:pPr>
      <w:r w:rsidRPr="00DA3B52">
        <w:rPr>
          <w:rFonts w:ascii="標楷體" w:eastAsia="標楷體" w:hAnsi="標楷體"/>
          <w:bCs/>
          <w:sz w:val="27"/>
          <w:szCs w:val="27"/>
          <w:lang w:eastAsia="zh-TW"/>
        </w:rPr>
        <w:t xml:space="preserve">1. </w:t>
      </w:r>
      <w:proofErr w:type="gramStart"/>
      <w:r w:rsidRPr="00DA3B52">
        <w:rPr>
          <w:rFonts w:ascii="標楷體" w:eastAsia="標楷體" w:hAnsi="標楷體"/>
          <w:bCs/>
          <w:sz w:val="27"/>
          <w:szCs w:val="27"/>
          <w:lang w:eastAsia="zh-TW"/>
        </w:rPr>
        <w:t>請持本會</w:t>
      </w:r>
      <w:proofErr w:type="gramEnd"/>
      <w:r w:rsidRPr="00DA3B52">
        <w:rPr>
          <w:rFonts w:ascii="標楷體" w:eastAsia="標楷體" w:hAnsi="標楷體"/>
          <w:bCs/>
          <w:sz w:val="27"/>
          <w:szCs w:val="27"/>
          <w:lang w:eastAsia="zh-TW"/>
        </w:rPr>
        <w:t>開立之正式繳費收據辦理退費。</w:t>
      </w:r>
      <w:r w:rsidRPr="00DA3B52">
        <w:rPr>
          <w:rFonts w:ascii="標楷體" w:eastAsia="標楷體" w:hAnsi="標楷體"/>
          <w:bCs/>
          <w:sz w:val="27"/>
          <w:szCs w:val="27"/>
          <w:lang w:eastAsia="zh-TW"/>
        </w:rPr>
        <w:br/>
        <w:t>2. 如提供本人郵局存摺封面影本或照片，得免收轉帳手續費。</w:t>
      </w:r>
      <w:r w:rsidRPr="00DA3B52">
        <w:rPr>
          <w:rFonts w:ascii="標楷體" w:eastAsia="標楷體" w:hAnsi="標楷體"/>
          <w:bCs/>
          <w:sz w:val="27"/>
          <w:szCs w:val="27"/>
          <w:lang w:eastAsia="zh-TW"/>
        </w:rPr>
        <w:br/>
        <w:t>3. 如提供本人銀行帳戶辦理轉帳退費，銀行轉帳手續費新臺幣30元由申請退費者自行負擔。</w:t>
      </w:r>
      <w:r w:rsidRPr="00DA3B52">
        <w:rPr>
          <w:rFonts w:ascii="標楷體" w:eastAsia="標楷體" w:hAnsi="標楷體"/>
          <w:bCs/>
          <w:sz w:val="27"/>
          <w:szCs w:val="27"/>
          <w:lang w:eastAsia="zh-TW"/>
        </w:rPr>
        <w:br/>
        <w:t>4. 如遇不可抗力因素或特殊情形需申請退費，依本會相關規定辦理。</w:t>
      </w:r>
    </w:p>
    <w:p w14:paraId="3895CEDC" w14:textId="5F92CC8B" w:rsidR="004003DC" w:rsidRPr="00DA3B52" w:rsidRDefault="00DB71B8">
      <w:pPr>
        <w:spacing w:before="100" w:after="60"/>
        <w:rPr>
          <w:rFonts w:ascii="標楷體" w:eastAsia="標楷體" w:hAnsi="標楷體"/>
          <w:bCs/>
          <w:sz w:val="27"/>
          <w:szCs w:val="27"/>
          <w:lang w:eastAsia="zh-TW"/>
        </w:rPr>
      </w:pPr>
      <w:r w:rsidRPr="00DA3B52">
        <w:rPr>
          <w:rFonts w:ascii="標楷體" w:eastAsia="標楷體" w:hAnsi="標楷體" w:hint="eastAsia"/>
          <w:bCs/>
          <w:sz w:val="27"/>
          <w:szCs w:val="27"/>
          <w:lang w:eastAsia="zh-TW"/>
        </w:rPr>
        <w:t>九</w:t>
      </w:r>
      <w:r w:rsidR="00F754C6" w:rsidRPr="00DA3B52">
        <w:rPr>
          <w:rFonts w:ascii="標楷體" w:eastAsia="標楷體" w:hAnsi="標楷體"/>
          <w:bCs/>
          <w:sz w:val="27"/>
          <w:szCs w:val="27"/>
          <w:lang w:eastAsia="zh-TW"/>
        </w:rPr>
        <w:t>、學員確認</w:t>
      </w:r>
    </w:p>
    <w:p w14:paraId="2018BC27" w14:textId="1B912DEE" w:rsidR="00DA3B52" w:rsidRDefault="00A54A78" w:rsidP="00DB71B8">
      <w:pPr>
        <w:spacing w:before="100" w:after="60"/>
        <w:rPr>
          <w:rFonts w:ascii="標楷體" w:eastAsia="標楷體" w:hAnsi="標楷體"/>
          <w:bCs/>
          <w:sz w:val="27"/>
          <w:szCs w:val="27"/>
          <w:lang w:eastAsia="zh-TW"/>
        </w:rPr>
      </w:pPr>
      <w:r w:rsidRPr="00DA3B52">
        <w:rPr>
          <w:rFonts w:ascii="標楷體" w:eastAsia="標楷體" w:hAnsi="標楷體" w:hint="eastAsia"/>
          <w:bCs/>
          <w:sz w:val="27"/>
          <w:szCs w:val="27"/>
          <w:lang w:eastAsia="zh-TW"/>
        </w:rPr>
        <w:t xml:space="preserve">    </w:t>
      </w:r>
      <w:r w:rsidR="00F754C6" w:rsidRPr="00DA3B52">
        <w:rPr>
          <w:rFonts w:ascii="標楷體" w:eastAsia="標楷體" w:hAnsi="標楷體"/>
          <w:bCs/>
          <w:sz w:val="27"/>
          <w:szCs w:val="27"/>
          <w:lang w:eastAsia="zh-TW"/>
        </w:rPr>
        <w:t>本人已詳閱上述報名</w:t>
      </w:r>
      <w:r w:rsidR="00DA3B52">
        <w:rPr>
          <w:rFonts w:ascii="新細明體" w:eastAsia="新細明體" w:hAnsi="新細明體" w:hint="eastAsia"/>
          <w:bCs/>
          <w:sz w:val="27"/>
          <w:szCs w:val="27"/>
          <w:lang w:eastAsia="zh-TW"/>
        </w:rPr>
        <w:t>、</w:t>
      </w:r>
      <w:r w:rsidR="00DA3B52">
        <w:rPr>
          <w:rFonts w:ascii="標楷體" w:eastAsia="標楷體" w:hAnsi="標楷體" w:hint="eastAsia"/>
          <w:bCs/>
          <w:sz w:val="27"/>
          <w:szCs w:val="27"/>
          <w:lang w:eastAsia="zh-TW"/>
        </w:rPr>
        <w:t>請假規定</w:t>
      </w:r>
      <w:r w:rsidR="00F754C6" w:rsidRPr="00DA3B52">
        <w:rPr>
          <w:rFonts w:ascii="標楷體" w:eastAsia="標楷體" w:hAnsi="標楷體"/>
          <w:bCs/>
          <w:sz w:val="27"/>
          <w:szCs w:val="27"/>
          <w:lang w:eastAsia="zh-TW"/>
        </w:rPr>
        <w:t>及退費相關說明，並同意遵守本會相關規定。</w:t>
      </w:r>
    </w:p>
    <w:p w14:paraId="3350DA95" w14:textId="11511658" w:rsidR="004003DC" w:rsidRPr="00DA3B52" w:rsidRDefault="00F754C6" w:rsidP="00DB71B8">
      <w:pPr>
        <w:spacing w:before="100" w:after="60"/>
        <w:rPr>
          <w:rFonts w:ascii="標楷體" w:eastAsia="標楷體" w:hAnsi="標楷體"/>
          <w:bCs/>
          <w:sz w:val="27"/>
          <w:szCs w:val="27"/>
          <w:lang w:eastAsia="zh-TW"/>
        </w:rPr>
      </w:pPr>
      <w:r w:rsidRPr="00DA3B52">
        <w:rPr>
          <w:rFonts w:ascii="標楷體" w:eastAsia="標楷體" w:hAnsi="標楷體"/>
          <w:bCs/>
          <w:sz w:val="27"/>
          <w:szCs w:val="27"/>
          <w:lang w:eastAsia="zh-TW"/>
        </w:rPr>
        <w:br/>
      </w:r>
      <w:r w:rsidR="00CF21A9">
        <w:rPr>
          <w:rFonts w:ascii="標楷體" w:eastAsia="標楷體" w:hAnsi="標楷體" w:hint="eastAsia"/>
          <w:bCs/>
          <w:sz w:val="27"/>
          <w:szCs w:val="27"/>
          <w:lang w:eastAsia="zh-TW"/>
        </w:rPr>
        <w:t xml:space="preserve"> </w:t>
      </w:r>
      <w:r w:rsidR="00E8304A">
        <w:rPr>
          <w:rFonts w:ascii="標楷體" w:eastAsia="標楷體" w:hAnsi="標楷體" w:hint="eastAsia"/>
          <w:bCs/>
          <w:sz w:val="27"/>
          <w:szCs w:val="27"/>
          <w:lang w:eastAsia="zh-TW"/>
        </w:rPr>
        <w:t xml:space="preserve">  </w:t>
      </w:r>
      <w:r w:rsidRPr="00DA3B52">
        <w:rPr>
          <w:rFonts w:ascii="標楷體" w:eastAsia="標楷體" w:hAnsi="標楷體"/>
          <w:bCs/>
          <w:sz w:val="27"/>
          <w:szCs w:val="27"/>
          <w:lang w:eastAsia="zh-TW"/>
        </w:rPr>
        <w:t>填表人簽章：________________________　　　日期：______年______月______日</w:t>
      </w:r>
    </w:p>
    <w:sectPr w:rsidR="004003DC" w:rsidRPr="00DA3B52" w:rsidSect="00BA24D6">
      <w:pgSz w:w="12240" w:h="15840"/>
      <w:pgMar w:top="397" w:right="454" w:bottom="340" w:left="45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E11C2" w14:textId="77777777" w:rsidR="007471D9" w:rsidRDefault="007471D9" w:rsidP="00CE6D6F">
      <w:pPr>
        <w:spacing w:after="0" w:line="240" w:lineRule="auto"/>
      </w:pPr>
      <w:r>
        <w:separator/>
      </w:r>
    </w:p>
  </w:endnote>
  <w:endnote w:type="continuationSeparator" w:id="0">
    <w:p w14:paraId="2F6A98FD" w14:textId="77777777" w:rsidR="007471D9" w:rsidRDefault="007471D9" w:rsidP="00CE6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07389" w14:textId="77777777" w:rsidR="007471D9" w:rsidRDefault="007471D9" w:rsidP="00CE6D6F">
      <w:pPr>
        <w:spacing w:after="0" w:line="240" w:lineRule="auto"/>
      </w:pPr>
      <w:r>
        <w:separator/>
      </w:r>
    </w:p>
  </w:footnote>
  <w:footnote w:type="continuationSeparator" w:id="0">
    <w:p w14:paraId="3AB7CB16" w14:textId="77777777" w:rsidR="007471D9" w:rsidRDefault="007471D9" w:rsidP="00CE6D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5480"/>
    <w:rsid w:val="00217264"/>
    <w:rsid w:val="0029639D"/>
    <w:rsid w:val="00326F90"/>
    <w:rsid w:val="003E6C08"/>
    <w:rsid w:val="004003DC"/>
    <w:rsid w:val="004869F3"/>
    <w:rsid w:val="004E1780"/>
    <w:rsid w:val="00571B03"/>
    <w:rsid w:val="007471D9"/>
    <w:rsid w:val="00832999"/>
    <w:rsid w:val="009D128E"/>
    <w:rsid w:val="00A54A78"/>
    <w:rsid w:val="00A939B9"/>
    <w:rsid w:val="00AA1D8D"/>
    <w:rsid w:val="00AC32F5"/>
    <w:rsid w:val="00AD454E"/>
    <w:rsid w:val="00B2155A"/>
    <w:rsid w:val="00B47730"/>
    <w:rsid w:val="00BA24D6"/>
    <w:rsid w:val="00C03434"/>
    <w:rsid w:val="00C17CAF"/>
    <w:rsid w:val="00CB0664"/>
    <w:rsid w:val="00CD3D43"/>
    <w:rsid w:val="00CE1DF4"/>
    <w:rsid w:val="00CE6D6F"/>
    <w:rsid w:val="00CF21A9"/>
    <w:rsid w:val="00DA3B52"/>
    <w:rsid w:val="00DB71B8"/>
    <w:rsid w:val="00E8304A"/>
    <w:rsid w:val="00F754C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DFB2276"/>
  <w14:defaultImageDpi w14:val="300"/>
  <w15:docId w15:val="{A58410F7-FC78-4689-8BC6-B761EFDFF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微軟正黑體" w:eastAsia="微軟正黑體" w:hAnsi="微軟正黑體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湘婷 林</cp:lastModifiedBy>
  <cp:revision>12</cp:revision>
  <cp:lastPrinted>2026-10-07T02:32:00Z</cp:lastPrinted>
  <dcterms:created xsi:type="dcterms:W3CDTF">2013-12-23T23:15:00Z</dcterms:created>
  <dcterms:modified xsi:type="dcterms:W3CDTF">2026-10-07T02:38:00Z</dcterms:modified>
  <cp:category/>
</cp:coreProperties>
</file>